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C791" w14:textId="77777777" w:rsidR="008E5EEC" w:rsidRPr="009C28F3" w:rsidRDefault="008E5EEC" w:rsidP="009C28F3">
      <w:pPr>
        <w:bidi/>
        <w:jc w:val="center"/>
        <w:rPr>
          <w:rFonts w:cs="B Nazanin"/>
          <w:sz w:val="28"/>
          <w:szCs w:val="28"/>
          <w:rtl/>
        </w:rPr>
      </w:pPr>
      <w:bookmarkStart w:id="0" w:name="_Hlk238693197"/>
      <w:bookmarkEnd w:id="0"/>
      <w:r w:rsidRPr="009C28F3">
        <w:rPr>
          <w:rFonts w:cs="B Nazanin" w:hint="cs"/>
          <w:sz w:val="28"/>
          <w:szCs w:val="28"/>
          <w:rtl/>
        </w:rPr>
        <w:t>بسمه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تعالی</w:t>
      </w:r>
    </w:p>
    <w:p w14:paraId="21F331D6" w14:textId="77777777" w:rsidR="008E5EEC" w:rsidRPr="006F22CE" w:rsidRDefault="008E5EEC" w:rsidP="00D53216">
      <w:pPr>
        <w:bidi/>
        <w:jc w:val="center"/>
        <w:rPr>
          <w:rFonts w:cs="B Titr"/>
          <w:b/>
          <w:bCs/>
          <w:sz w:val="32"/>
          <w:szCs w:val="32"/>
          <w:rtl/>
        </w:rPr>
      </w:pPr>
      <w:r w:rsidRPr="006F22CE">
        <w:rPr>
          <w:rFonts w:cs="B Titr" w:hint="cs"/>
          <w:b/>
          <w:bCs/>
          <w:sz w:val="32"/>
          <w:szCs w:val="32"/>
          <w:rtl/>
        </w:rPr>
        <w:t>دستورالعمل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اخذ،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انجام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و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تحویل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پروژه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دانشجویان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مقطع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کارشناسی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آموزشکده</w:t>
      </w:r>
      <w:r w:rsidRPr="006F22CE">
        <w:rPr>
          <w:rFonts w:cs="B Titr"/>
          <w:b/>
          <w:bCs/>
          <w:sz w:val="32"/>
          <w:szCs w:val="32"/>
          <w:rtl/>
        </w:rPr>
        <w:t xml:space="preserve"> </w:t>
      </w:r>
      <w:r w:rsidRPr="006F22CE">
        <w:rPr>
          <w:rFonts w:cs="B Titr" w:hint="cs"/>
          <w:b/>
          <w:bCs/>
          <w:sz w:val="32"/>
          <w:szCs w:val="32"/>
          <w:rtl/>
        </w:rPr>
        <w:t>پیرادامپزشکی</w:t>
      </w:r>
    </w:p>
    <w:p w14:paraId="09CBA973" w14:textId="77777777" w:rsidR="008E5EEC" w:rsidRPr="009C28F3" w:rsidRDefault="008E5EEC" w:rsidP="008E5EEC">
      <w:pPr>
        <w:bidi/>
        <w:rPr>
          <w:rFonts w:cs="B Nazanin"/>
          <w:sz w:val="28"/>
          <w:szCs w:val="28"/>
          <w:rtl/>
        </w:rPr>
      </w:pPr>
    </w:p>
    <w:p w14:paraId="653057EC" w14:textId="77777777" w:rsidR="008E5EEC" w:rsidRPr="009C28F3" w:rsidRDefault="008E5EEC" w:rsidP="006F22CE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9C28F3">
        <w:rPr>
          <w:rFonts w:cs="B Nazanin" w:hint="cs"/>
          <w:b/>
          <w:bCs/>
          <w:sz w:val="28"/>
          <w:szCs w:val="28"/>
          <w:rtl/>
        </w:rPr>
        <w:t>الف</w:t>
      </w:r>
      <w:r w:rsidRPr="009C28F3">
        <w:rPr>
          <w:rFonts w:cs="B Nazanin"/>
          <w:b/>
          <w:bCs/>
          <w:sz w:val="28"/>
          <w:szCs w:val="28"/>
          <w:rtl/>
        </w:rPr>
        <w:t xml:space="preserve">- </w:t>
      </w:r>
      <w:r w:rsidRPr="009C28F3">
        <w:rPr>
          <w:rFonts w:cs="B Nazanin" w:hint="cs"/>
          <w:b/>
          <w:bCs/>
          <w:sz w:val="28"/>
          <w:szCs w:val="28"/>
          <w:rtl/>
        </w:rPr>
        <w:t>فرآیند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اخذ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و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ثبت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پروژه</w:t>
      </w:r>
    </w:p>
    <w:p w14:paraId="341877D9" w14:textId="3DBE82FC" w:rsidR="008E5EEC" w:rsidRPr="009C28F3" w:rsidRDefault="008E5EEC">
      <w:pPr>
        <w:pStyle w:val="ListParagraph"/>
        <w:numPr>
          <w:ilvl w:val="0"/>
          <w:numId w:val="7"/>
        </w:numPr>
        <w:bidi/>
        <w:jc w:val="both"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اخذ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واحد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برای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دانشجویان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مقطع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کارشناسی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مطابق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برنامه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آموزشی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ضوابط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آموزشی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دانشگاه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امکان‌پذیر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بوده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دانشجو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موظف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زمان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مقرر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نسبت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اخذ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درس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اقدام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نماید</w:t>
      </w:r>
      <w:r w:rsidRPr="009C28F3">
        <w:rPr>
          <w:rFonts w:cs="B Nazanin"/>
          <w:sz w:val="28"/>
          <w:szCs w:val="28"/>
        </w:rPr>
        <w:t>.</w:t>
      </w:r>
    </w:p>
    <w:p w14:paraId="72BDDA29" w14:textId="7FA7E4B3" w:rsidR="008E5EEC" w:rsidRPr="009C28F3" w:rsidRDefault="008E5EEC">
      <w:pPr>
        <w:pStyle w:val="ListParagraph"/>
        <w:numPr>
          <w:ilvl w:val="0"/>
          <w:numId w:val="7"/>
        </w:numPr>
        <w:bidi/>
        <w:jc w:val="both"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دانشجو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موظف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A32DEA">
        <w:rPr>
          <w:rFonts w:cs="B Nazanin" w:hint="cs"/>
          <w:b/>
          <w:bCs/>
          <w:sz w:val="28"/>
          <w:szCs w:val="28"/>
          <w:u w:val="single"/>
          <w:rtl/>
        </w:rPr>
        <w:t>فرم</w:t>
      </w:r>
      <w:r w:rsidRPr="00A32DEA">
        <w:rPr>
          <w:rFonts w:cs="B Nazanin"/>
          <w:b/>
          <w:bCs/>
          <w:sz w:val="28"/>
          <w:szCs w:val="28"/>
          <w:u w:val="single"/>
          <w:rtl/>
        </w:rPr>
        <w:t xml:space="preserve"> </w:t>
      </w:r>
      <w:r w:rsidRPr="00A32DEA">
        <w:rPr>
          <w:rFonts w:cs="B Nazanin" w:hint="cs"/>
          <w:b/>
          <w:bCs/>
          <w:sz w:val="28"/>
          <w:szCs w:val="28"/>
          <w:u w:val="single"/>
          <w:rtl/>
        </w:rPr>
        <w:t>درخواست</w:t>
      </w:r>
      <w:r w:rsidRPr="00A32DEA">
        <w:rPr>
          <w:rFonts w:cs="B Nazanin"/>
          <w:b/>
          <w:bCs/>
          <w:sz w:val="28"/>
          <w:szCs w:val="28"/>
          <w:u w:val="single"/>
          <w:rtl/>
        </w:rPr>
        <w:t xml:space="preserve"> </w:t>
      </w:r>
      <w:r w:rsidRPr="00A32DEA">
        <w:rPr>
          <w:rFonts w:cs="B Nazanin" w:hint="cs"/>
          <w:b/>
          <w:bCs/>
          <w:sz w:val="28"/>
          <w:szCs w:val="28"/>
          <w:u w:val="single"/>
          <w:rtl/>
        </w:rPr>
        <w:t>ثبت</w:t>
      </w:r>
      <w:r w:rsidRPr="00A32DEA">
        <w:rPr>
          <w:rFonts w:cs="B Nazanin"/>
          <w:b/>
          <w:bCs/>
          <w:sz w:val="28"/>
          <w:szCs w:val="28"/>
          <w:u w:val="single"/>
          <w:rtl/>
        </w:rPr>
        <w:t xml:space="preserve"> </w:t>
      </w:r>
      <w:r w:rsidRPr="00A32DEA">
        <w:rPr>
          <w:rFonts w:cs="B Nazanin" w:hint="cs"/>
          <w:b/>
          <w:bCs/>
          <w:sz w:val="28"/>
          <w:szCs w:val="28"/>
          <w:u w:val="single"/>
          <w:rtl/>
        </w:rPr>
        <w:t>پروژه</w:t>
      </w:r>
      <w:r w:rsidRPr="00A32DEA">
        <w:rPr>
          <w:rFonts w:cs="B Nazanin"/>
          <w:b/>
          <w:bCs/>
          <w:sz w:val="28"/>
          <w:szCs w:val="28"/>
          <w:u w:val="single"/>
          <w:rtl/>
        </w:rPr>
        <w:t xml:space="preserve"> </w:t>
      </w:r>
      <w:r w:rsidRPr="00A32DEA">
        <w:rPr>
          <w:rFonts w:cs="B Nazanin" w:hint="cs"/>
          <w:b/>
          <w:bCs/>
          <w:sz w:val="28"/>
          <w:szCs w:val="28"/>
          <w:u w:val="single"/>
          <w:rtl/>
        </w:rPr>
        <w:t>تحقیقاتی</w:t>
      </w:r>
      <w:r w:rsidRPr="00A32DEA">
        <w:rPr>
          <w:rFonts w:cs="B Nazanin"/>
          <w:b/>
          <w:bCs/>
          <w:sz w:val="28"/>
          <w:szCs w:val="28"/>
          <w:u w:val="single"/>
          <w:rtl/>
        </w:rPr>
        <w:t xml:space="preserve"> </w:t>
      </w:r>
      <w:r w:rsidRPr="00A32DEA">
        <w:rPr>
          <w:rFonts w:cs="B Nazanin" w:hint="cs"/>
          <w:b/>
          <w:bCs/>
          <w:sz w:val="28"/>
          <w:szCs w:val="28"/>
          <w:u w:val="single"/>
          <w:rtl/>
        </w:rPr>
        <w:t>مقطع</w:t>
      </w:r>
      <w:r w:rsidRPr="00A32DEA">
        <w:rPr>
          <w:rFonts w:cs="B Nazanin"/>
          <w:b/>
          <w:bCs/>
          <w:sz w:val="28"/>
          <w:szCs w:val="28"/>
          <w:u w:val="single"/>
          <w:rtl/>
        </w:rPr>
        <w:t xml:space="preserve"> </w:t>
      </w:r>
      <w:r w:rsidRPr="00A32DEA">
        <w:rPr>
          <w:rFonts w:cs="B Nazanin" w:hint="cs"/>
          <w:b/>
          <w:bCs/>
          <w:sz w:val="28"/>
          <w:szCs w:val="28"/>
          <w:u w:val="single"/>
          <w:rtl/>
        </w:rPr>
        <w:t>کارشناسی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شامل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انتخاب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موضوع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انتخاب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تکمیل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نموده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جهت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انجام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مراحل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اداری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آموزش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دانشکده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مراجعه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نماید</w:t>
      </w:r>
      <w:r w:rsidRPr="009C28F3">
        <w:rPr>
          <w:rFonts w:cs="B Nazanin"/>
          <w:sz w:val="28"/>
          <w:szCs w:val="28"/>
        </w:rPr>
        <w:t>.</w:t>
      </w:r>
    </w:p>
    <w:p w14:paraId="2BE79579" w14:textId="3F663B1F" w:rsidR="008E5EEC" w:rsidRPr="009C28F3" w:rsidRDefault="008E5EEC">
      <w:pPr>
        <w:pStyle w:val="ListParagraph"/>
        <w:numPr>
          <w:ilvl w:val="0"/>
          <w:numId w:val="7"/>
        </w:numPr>
        <w:bidi/>
        <w:jc w:val="both"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دانشجو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هماهنگی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توجه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زمینه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علمی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تخصصی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ایشان،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نسبت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انتخاب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موضوع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اقدام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می‌نماید</w:t>
      </w:r>
      <w:r w:rsidRPr="009C28F3">
        <w:rPr>
          <w:rFonts w:cs="B Nazanin"/>
          <w:sz w:val="28"/>
          <w:szCs w:val="28"/>
        </w:rPr>
        <w:t>.</w:t>
      </w:r>
    </w:p>
    <w:p w14:paraId="2A24DF90" w14:textId="16ACCC75" w:rsidR="008E5EEC" w:rsidRPr="009C28F3" w:rsidRDefault="008E5EEC">
      <w:pPr>
        <w:pStyle w:val="ListParagraph"/>
        <w:numPr>
          <w:ilvl w:val="0"/>
          <w:numId w:val="7"/>
        </w:numPr>
        <w:bidi/>
        <w:jc w:val="both"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موضوعات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پروژه‌های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کارشناسی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ترجیحاً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باید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مرتبط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رشته‌های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پیرادامپزشکی،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دارای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جنبه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کاربردی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قابل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انجام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چارچوب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امکانات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آموزشی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پژوهشی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موجود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باشد</w:t>
      </w:r>
      <w:r w:rsidRPr="009C28F3">
        <w:rPr>
          <w:rFonts w:cs="B Nazanin"/>
          <w:sz w:val="28"/>
          <w:szCs w:val="28"/>
        </w:rPr>
        <w:t>.</w:t>
      </w:r>
    </w:p>
    <w:p w14:paraId="3E48F2D9" w14:textId="05456FFF" w:rsidR="008E5EEC" w:rsidRPr="009C28F3" w:rsidRDefault="008E5EEC">
      <w:pPr>
        <w:pStyle w:val="ListParagraph"/>
        <w:numPr>
          <w:ilvl w:val="0"/>
          <w:numId w:val="7"/>
        </w:numPr>
        <w:bidi/>
        <w:jc w:val="both"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پس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از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انتخاب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موضوع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هماهنگی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دانشجو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موظف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فرم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انتخاب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تکمیل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نموده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پس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از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تأیید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جهت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انجام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مراحل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ثبت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آموزش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دانشکده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ارائه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نماید</w:t>
      </w:r>
      <w:r w:rsidRPr="009C28F3">
        <w:rPr>
          <w:rFonts w:cs="B Nazanin"/>
          <w:sz w:val="28"/>
          <w:szCs w:val="28"/>
        </w:rPr>
        <w:t>.</w:t>
      </w:r>
    </w:p>
    <w:p w14:paraId="058E8B48" w14:textId="77777777" w:rsidR="008E5EEC" w:rsidRPr="009C28F3" w:rsidRDefault="008E5EEC" w:rsidP="006F22CE">
      <w:pPr>
        <w:bidi/>
        <w:jc w:val="both"/>
        <w:rPr>
          <w:rFonts w:cs="B Nazanin"/>
          <w:b/>
          <w:bCs/>
          <w:sz w:val="28"/>
          <w:szCs w:val="28"/>
          <w:rtl/>
        </w:rPr>
      </w:pPr>
      <w:r w:rsidRPr="009C28F3">
        <w:rPr>
          <w:rFonts w:cs="B Nazanin" w:hint="cs"/>
          <w:b/>
          <w:bCs/>
          <w:sz w:val="28"/>
          <w:szCs w:val="28"/>
          <w:rtl/>
        </w:rPr>
        <w:t>ب</w:t>
      </w:r>
      <w:r w:rsidRPr="009C28F3">
        <w:rPr>
          <w:rFonts w:cs="B Nazanin"/>
          <w:b/>
          <w:bCs/>
          <w:sz w:val="28"/>
          <w:szCs w:val="28"/>
          <w:rtl/>
        </w:rPr>
        <w:t xml:space="preserve">- </w:t>
      </w:r>
      <w:r w:rsidRPr="009C28F3">
        <w:rPr>
          <w:rFonts w:cs="B Nazanin" w:hint="cs"/>
          <w:b/>
          <w:bCs/>
          <w:sz w:val="28"/>
          <w:szCs w:val="28"/>
          <w:rtl/>
        </w:rPr>
        <w:t>فرآیند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انجام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و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تحویل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پروژه</w:t>
      </w:r>
    </w:p>
    <w:p w14:paraId="3F131586" w14:textId="36E48303" w:rsidR="008E5EEC" w:rsidRPr="009C28F3" w:rsidRDefault="008E5EEC">
      <w:pPr>
        <w:pStyle w:val="ListParagraph"/>
        <w:numPr>
          <w:ilvl w:val="0"/>
          <w:numId w:val="8"/>
        </w:numPr>
        <w:bidi/>
        <w:jc w:val="both"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انجام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باید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تحت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نظر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مطابق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برنامه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زمان‌بندی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مورد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توافق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انجام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شود</w:t>
      </w:r>
      <w:r w:rsidRPr="009C28F3">
        <w:rPr>
          <w:rFonts w:cs="B Nazanin"/>
          <w:sz w:val="28"/>
          <w:szCs w:val="28"/>
        </w:rPr>
        <w:t>.</w:t>
      </w:r>
    </w:p>
    <w:p w14:paraId="1E30124A" w14:textId="73616169" w:rsidR="008E5EEC" w:rsidRPr="009C28F3" w:rsidRDefault="008E5EEC">
      <w:pPr>
        <w:pStyle w:val="ListParagraph"/>
        <w:numPr>
          <w:ilvl w:val="0"/>
          <w:numId w:val="8"/>
        </w:numPr>
        <w:bidi/>
        <w:jc w:val="both"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دانشجو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موظف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گزارش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نهایی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مطابق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اصول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علمی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تأیید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تهیه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نماید</w:t>
      </w:r>
      <w:r w:rsidRPr="009C28F3">
        <w:rPr>
          <w:rFonts w:cs="B Nazanin"/>
          <w:sz w:val="28"/>
          <w:szCs w:val="28"/>
        </w:rPr>
        <w:t>.</w:t>
      </w:r>
    </w:p>
    <w:p w14:paraId="19AC2022" w14:textId="76C95699" w:rsidR="008E5EEC" w:rsidRPr="009C28F3" w:rsidRDefault="008E5EEC">
      <w:pPr>
        <w:pStyle w:val="ListParagraph"/>
        <w:numPr>
          <w:ilvl w:val="0"/>
          <w:numId w:val="8"/>
        </w:numPr>
        <w:bidi/>
        <w:jc w:val="both"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فایل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نهایی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پس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از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تکمیل،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باید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قالب</w:t>
      </w:r>
      <w:r w:rsidRPr="009C28F3">
        <w:rPr>
          <w:rFonts w:cs="B Nazanin"/>
          <w:sz w:val="28"/>
          <w:szCs w:val="28"/>
        </w:rPr>
        <w:t xml:space="preserve"> PDF </w:t>
      </w:r>
      <w:r w:rsidRPr="009C28F3">
        <w:rPr>
          <w:rFonts w:cs="B Nazanin" w:hint="cs"/>
          <w:sz w:val="28"/>
          <w:szCs w:val="28"/>
          <w:rtl/>
        </w:rPr>
        <w:t>تهیه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پس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از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تأیید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ایشان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آموزش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دانشکده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تحویل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گردد</w:t>
      </w:r>
      <w:r w:rsidRPr="009C28F3">
        <w:rPr>
          <w:rFonts w:cs="B Nazanin"/>
          <w:sz w:val="28"/>
          <w:szCs w:val="28"/>
        </w:rPr>
        <w:t>.</w:t>
      </w:r>
    </w:p>
    <w:p w14:paraId="2FAA3FC7" w14:textId="6CEF3221" w:rsidR="008E5EEC" w:rsidRPr="009C28F3" w:rsidRDefault="008E5EEC">
      <w:pPr>
        <w:pStyle w:val="ListParagraph"/>
        <w:numPr>
          <w:ilvl w:val="0"/>
          <w:numId w:val="8"/>
        </w:numPr>
        <w:bidi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ثبت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نمره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پس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از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تحویل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فایل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نهایی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تأییدشده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انجام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مراحل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مربوطه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آموزش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دانشکده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صورت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خواهد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پذیرفت</w:t>
      </w:r>
      <w:r w:rsidRPr="009C28F3">
        <w:rPr>
          <w:rFonts w:cs="B Nazanin"/>
          <w:sz w:val="28"/>
          <w:szCs w:val="28"/>
        </w:rPr>
        <w:t>.</w:t>
      </w:r>
    </w:p>
    <w:p w14:paraId="69A586EC" w14:textId="77777777" w:rsidR="008E5EEC" w:rsidRPr="009C28F3" w:rsidRDefault="008E5EEC" w:rsidP="008E5EEC">
      <w:pPr>
        <w:bidi/>
        <w:rPr>
          <w:rFonts w:cs="B Nazanin"/>
          <w:b/>
          <w:bCs/>
          <w:sz w:val="28"/>
          <w:szCs w:val="28"/>
          <w:rtl/>
        </w:rPr>
      </w:pPr>
      <w:r w:rsidRPr="009C28F3">
        <w:rPr>
          <w:rFonts w:cs="B Nazanin" w:hint="cs"/>
          <w:b/>
          <w:bCs/>
          <w:sz w:val="28"/>
          <w:szCs w:val="28"/>
          <w:rtl/>
        </w:rPr>
        <w:lastRenderedPageBreak/>
        <w:t>ج</w:t>
      </w:r>
      <w:r w:rsidRPr="009C28F3">
        <w:rPr>
          <w:rFonts w:cs="B Nazanin"/>
          <w:b/>
          <w:bCs/>
          <w:sz w:val="28"/>
          <w:szCs w:val="28"/>
          <w:rtl/>
        </w:rPr>
        <w:t xml:space="preserve">- </w:t>
      </w:r>
      <w:r w:rsidRPr="009C28F3">
        <w:rPr>
          <w:rFonts w:cs="B Nazanin" w:hint="cs"/>
          <w:b/>
          <w:bCs/>
          <w:sz w:val="28"/>
          <w:szCs w:val="28"/>
          <w:rtl/>
        </w:rPr>
        <w:t>نحوه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تدوین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گزارش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نهایی</w:t>
      </w:r>
      <w:r w:rsidRPr="009C28F3">
        <w:rPr>
          <w:rFonts w:cs="B Nazanin"/>
          <w:b/>
          <w:bCs/>
          <w:sz w:val="28"/>
          <w:szCs w:val="28"/>
          <w:rtl/>
        </w:rPr>
        <w:t xml:space="preserve"> </w:t>
      </w:r>
      <w:r w:rsidRPr="009C28F3">
        <w:rPr>
          <w:rFonts w:cs="B Nazanin" w:hint="cs"/>
          <w:b/>
          <w:bCs/>
          <w:sz w:val="28"/>
          <w:szCs w:val="28"/>
          <w:rtl/>
        </w:rPr>
        <w:t>پروژه</w:t>
      </w:r>
    </w:p>
    <w:p w14:paraId="49441591" w14:textId="77777777" w:rsidR="008E5EEC" w:rsidRPr="009C28F3" w:rsidRDefault="008E5EEC">
      <w:pPr>
        <w:pStyle w:val="ListParagraph"/>
        <w:numPr>
          <w:ilvl w:val="0"/>
          <w:numId w:val="9"/>
        </w:numPr>
        <w:bidi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گزارش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نهایی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باید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رعایت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اصول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نگارش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علمی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تأیید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استاد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راهنما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تهیه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گردد</w:t>
      </w:r>
      <w:r w:rsidRPr="009C28F3">
        <w:rPr>
          <w:rFonts w:cs="B Nazanin"/>
          <w:sz w:val="28"/>
          <w:szCs w:val="28"/>
        </w:rPr>
        <w:t>.</w:t>
      </w:r>
    </w:p>
    <w:p w14:paraId="0FC5C1CC" w14:textId="477DE9AF" w:rsidR="008E5EEC" w:rsidRPr="009C28F3" w:rsidRDefault="008E5EEC">
      <w:pPr>
        <w:pStyle w:val="ListParagraph"/>
        <w:numPr>
          <w:ilvl w:val="0"/>
          <w:numId w:val="9"/>
        </w:numPr>
        <w:bidi/>
        <w:rPr>
          <w:rFonts w:cs="B Nazanin"/>
          <w:sz w:val="28"/>
          <w:szCs w:val="28"/>
          <w:rtl/>
        </w:rPr>
      </w:pPr>
      <w:r w:rsidRPr="009C28F3">
        <w:rPr>
          <w:rFonts w:cs="B Nazanin" w:hint="cs"/>
          <w:sz w:val="28"/>
          <w:szCs w:val="28"/>
          <w:rtl/>
        </w:rPr>
        <w:t>مسئولیت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تهیه،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تنظیم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آماده‌سازی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فایل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نهایی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بر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عهده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دانشجو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می‌باشد</w:t>
      </w:r>
      <w:r w:rsidRPr="009C28F3">
        <w:rPr>
          <w:rFonts w:cs="B Nazanin"/>
          <w:sz w:val="28"/>
          <w:szCs w:val="28"/>
        </w:rPr>
        <w:t>.</w:t>
      </w:r>
    </w:p>
    <w:p w14:paraId="48F18E1C" w14:textId="77777777" w:rsidR="008E5EEC" w:rsidRPr="009C28F3" w:rsidRDefault="008E5EEC" w:rsidP="008E5EEC">
      <w:pPr>
        <w:bidi/>
        <w:rPr>
          <w:rFonts w:cs="B Nazanin"/>
          <w:sz w:val="28"/>
          <w:szCs w:val="28"/>
          <w:rtl/>
        </w:rPr>
      </w:pPr>
      <w:r w:rsidRPr="009C28F3">
        <w:rPr>
          <w:rFonts w:cs="B Nazanin"/>
          <w:sz w:val="28"/>
          <w:szCs w:val="28"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ساختار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پیشنهادی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گزارش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پروژه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شامل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موارد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زیر</w:t>
      </w:r>
      <w:r w:rsidRPr="009C28F3">
        <w:rPr>
          <w:rFonts w:cs="B Nazanin"/>
          <w:sz w:val="28"/>
          <w:szCs w:val="28"/>
          <w:rtl/>
        </w:rPr>
        <w:t xml:space="preserve"> </w:t>
      </w:r>
      <w:r w:rsidRPr="009C28F3">
        <w:rPr>
          <w:rFonts w:cs="B Nazanin" w:hint="cs"/>
          <w:sz w:val="28"/>
          <w:szCs w:val="28"/>
          <w:rtl/>
        </w:rPr>
        <w:t>است</w:t>
      </w:r>
      <w:r w:rsidRPr="009C28F3">
        <w:rPr>
          <w:rFonts w:cs="B Nazanin"/>
          <w:sz w:val="28"/>
          <w:szCs w:val="28"/>
        </w:rPr>
        <w:t>:</w:t>
      </w:r>
    </w:p>
    <w:p w14:paraId="22CD3352" w14:textId="606D1B5D" w:rsidR="009C28F3" w:rsidRPr="009C28F3" w:rsidRDefault="009C28F3" w:rsidP="009C28F3">
      <w:pPr>
        <w:bidi/>
        <w:rPr>
          <w:rFonts w:cs="B Nazanin"/>
          <w:b/>
          <w:bCs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*</w:t>
      </w:r>
      <w:r w:rsidRPr="009C28F3">
        <w:rPr>
          <w:rFonts w:cs="B Nazanin"/>
          <w:b/>
          <w:bCs/>
          <w:sz w:val="28"/>
          <w:szCs w:val="28"/>
          <w:rtl/>
        </w:rPr>
        <w:t>استاندارد تدوین گزارش پروژه کارشناسی آموزشکده پیرادامپزشکی</w:t>
      </w:r>
    </w:p>
    <w:p w14:paraId="35369AAB" w14:textId="77777777" w:rsidR="009C28F3" w:rsidRPr="009C28F3" w:rsidRDefault="009C28F3" w:rsidP="009C28F3">
      <w:pPr>
        <w:bidi/>
        <w:rPr>
          <w:rFonts w:cs="B Nazanin"/>
          <w:b/>
          <w:bCs/>
          <w:sz w:val="28"/>
          <w:szCs w:val="28"/>
        </w:rPr>
      </w:pPr>
      <w:r w:rsidRPr="009C28F3">
        <w:rPr>
          <w:rFonts w:cs="B Nazanin"/>
          <w:b/>
          <w:bCs/>
          <w:sz w:val="28"/>
          <w:szCs w:val="28"/>
          <w:rtl/>
        </w:rPr>
        <w:t>مشخصات نگارشی گزارش</w:t>
      </w:r>
    </w:p>
    <w:p w14:paraId="0AD86FB6" w14:textId="77777777" w:rsidR="009C28F3" w:rsidRPr="009C28F3" w:rsidRDefault="009C28F3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bookmarkStart w:id="1" w:name="_Hlk238696591"/>
      <w:r w:rsidRPr="009C28F3">
        <w:rPr>
          <w:rFonts w:cs="B Nazanin"/>
          <w:sz w:val="28"/>
          <w:szCs w:val="28"/>
          <w:rtl/>
        </w:rPr>
        <w:t xml:space="preserve">متن اصلی گزارش با فونت </w:t>
      </w:r>
      <w:r w:rsidRPr="009C28F3">
        <w:rPr>
          <w:rFonts w:cs="B Nazanin"/>
          <w:b/>
          <w:bCs/>
          <w:sz w:val="28"/>
          <w:szCs w:val="28"/>
        </w:rPr>
        <w:t>B Nazanin</w:t>
      </w:r>
      <w:r w:rsidRPr="009C28F3">
        <w:rPr>
          <w:rFonts w:cs="B Nazanin"/>
          <w:b/>
          <w:bCs/>
          <w:sz w:val="28"/>
          <w:szCs w:val="28"/>
          <w:rtl/>
        </w:rPr>
        <w:t>، اندازه 14</w:t>
      </w:r>
      <w:r w:rsidRPr="009C28F3">
        <w:rPr>
          <w:rFonts w:cs="B Nazanin"/>
          <w:sz w:val="28"/>
          <w:szCs w:val="28"/>
          <w:rtl/>
        </w:rPr>
        <w:t xml:space="preserve"> تنظیم گردد</w:t>
      </w:r>
      <w:r w:rsidRPr="009C28F3">
        <w:rPr>
          <w:rFonts w:cs="B Nazanin"/>
          <w:sz w:val="28"/>
          <w:szCs w:val="28"/>
        </w:rPr>
        <w:t>.</w:t>
      </w:r>
    </w:p>
    <w:p w14:paraId="2C424793" w14:textId="712B2D58" w:rsidR="009C28F3" w:rsidRPr="009C28F3" w:rsidRDefault="009C28F3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عناوین بخش‌ها</w:t>
      </w:r>
      <w:r w:rsidR="00F262BE">
        <w:rPr>
          <w:rFonts w:cs="B Nazanin"/>
          <w:sz w:val="28"/>
          <w:szCs w:val="28"/>
        </w:rPr>
        <w:t xml:space="preserve"> , </w:t>
      </w:r>
      <w:r w:rsidR="00F262BE">
        <w:rPr>
          <w:rFonts w:cs="B Nazanin" w:hint="cs"/>
          <w:sz w:val="28"/>
          <w:szCs w:val="28"/>
          <w:rtl/>
          <w:lang w:bidi="fa-IR"/>
        </w:rPr>
        <w:t xml:space="preserve">تیترها </w:t>
      </w:r>
      <w:r w:rsidRPr="009C28F3">
        <w:rPr>
          <w:rFonts w:cs="B Nazanin"/>
          <w:sz w:val="28"/>
          <w:szCs w:val="28"/>
          <w:rtl/>
        </w:rPr>
        <w:t xml:space="preserve"> با فونت </w:t>
      </w:r>
      <w:r w:rsidRPr="009C28F3">
        <w:rPr>
          <w:rFonts w:cs="B Nazanin"/>
          <w:b/>
          <w:bCs/>
          <w:sz w:val="28"/>
          <w:szCs w:val="28"/>
        </w:rPr>
        <w:t xml:space="preserve">B </w:t>
      </w:r>
      <w:r w:rsidR="00F262BE">
        <w:rPr>
          <w:rFonts w:cs="B Nazanin"/>
          <w:b/>
          <w:bCs/>
          <w:sz w:val="28"/>
          <w:szCs w:val="28"/>
        </w:rPr>
        <w:t>Zar</w:t>
      </w:r>
      <w:r w:rsidRPr="009C28F3">
        <w:rPr>
          <w:rFonts w:cs="B Nazanin"/>
          <w:b/>
          <w:bCs/>
          <w:sz w:val="28"/>
          <w:szCs w:val="28"/>
          <w:rtl/>
        </w:rPr>
        <w:t xml:space="preserve">، اندازه 14، </w:t>
      </w:r>
      <w:r w:rsidRPr="009C28F3">
        <w:rPr>
          <w:rFonts w:cs="B Nazanin"/>
          <w:b/>
          <w:bCs/>
          <w:sz w:val="28"/>
          <w:szCs w:val="28"/>
        </w:rPr>
        <w:t>Bold</w:t>
      </w:r>
      <w:r w:rsidRPr="009C28F3">
        <w:rPr>
          <w:rFonts w:cs="B Nazanin"/>
          <w:sz w:val="28"/>
          <w:szCs w:val="28"/>
        </w:rPr>
        <w:t xml:space="preserve"> </w:t>
      </w:r>
      <w:r w:rsidR="006F22CE">
        <w:rPr>
          <w:rFonts w:cs="B Nazanin" w:hint="cs"/>
          <w:sz w:val="28"/>
          <w:szCs w:val="28"/>
          <w:rtl/>
        </w:rPr>
        <w:t xml:space="preserve"> </w:t>
      </w:r>
      <w:r w:rsidRPr="009C28F3">
        <w:rPr>
          <w:rFonts w:cs="B Nazanin"/>
          <w:sz w:val="28"/>
          <w:szCs w:val="28"/>
          <w:rtl/>
        </w:rPr>
        <w:t>تنظیم شوند</w:t>
      </w:r>
      <w:r w:rsidRPr="009C28F3">
        <w:rPr>
          <w:rFonts w:cs="B Nazanin"/>
          <w:sz w:val="28"/>
          <w:szCs w:val="28"/>
        </w:rPr>
        <w:t>.</w:t>
      </w:r>
    </w:p>
    <w:p w14:paraId="05C09D8F" w14:textId="77777777" w:rsidR="009C28F3" w:rsidRPr="009C28F3" w:rsidRDefault="009C28F3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فاصله بین خطوط 1.15 یا 1.5 در نظر گرفته شود</w:t>
      </w:r>
      <w:r w:rsidRPr="009C28F3">
        <w:rPr>
          <w:rFonts w:cs="B Nazanin"/>
          <w:sz w:val="28"/>
          <w:szCs w:val="28"/>
        </w:rPr>
        <w:t>.</w:t>
      </w:r>
    </w:p>
    <w:bookmarkEnd w:id="1"/>
    <w:p w14:paraId="4969318B" w14:textId="77777777" w:rsidR="009C28F3" w:rsidRPr="009C28F3" w:rsidRDefault="009C28F3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گزارش پروژه در قالب فایل</w:t>
      </w:r>
      <w:r w:rsidRPr="009C28F3">
        <w:rPr>
          <w:rFonts w:cs="B Nazanin"/>
          <w:sz w:val="28"/>
          <w:szCs w:val="28"/>
        </w:rPr>
        <w:t xml:space="preserve"> Word </w:t>
      </w:r>
      <w:r w:rsidRPr="009C28F3">
        <w:rPr>
          <w:rFonts w:cs="B Nazanin"/>
          <w:sz w:val="28"/>
          <w:szCs w:val="28"/>
          <w:rtl/>
        </w:rPr>
        <w:t>تهیه و پس از تکمیل به صورت فایل</w:t>
      </w:r>
      <w:r w:rsidRPr="009C28F3">
        <w:rPr>
          <w:rFonts w:cs="B Nazanin"/>
          <w:sz w:val="28"/>
          <w:szCs w:val="28"/>
        </w:rPr>
        <w:t xml:space="preserve"> PDF </w:t>
      </w:r>
      <w:r w:rsidRPr="009C28F3">
        <w:rPr>
          <w:rFonts w:cs="B Nazanin"/>
          <w:sz w:val="28"/>
          <w:szCs w:val="28"/>
          <w:rtl/>
        </w:rPr>
        <w:t>به استاد راهنما تحویل گردد</w:t>
      </w:r>
      <w:r w:rsidRPr="009C28F3">
        <w:rPr>
          <w:rFonts w:cs="B Nazanin"/>
          <w:sz w:val="28"/>
          <w:szCs w:val="28"/>
        </w:rPr>
        <w:t>.</w:t>
      </w:r>
    </w:p>
    <w:p w14:paraId="639E7CFB" w14:textId="04E1D4B3" w:rsidR="009C28F3" w:rsidRPr="009C28F3" w:rsidRDefault="009C28F3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 xml:space="preserve">حجم پیشنهادی گزارش بین </w:t>
      </w:r>
      <w:r w:rsidR="006F22CE">
        <w:rPr>
          <w:rFonts w:cs="B Nazanin" w:hint="cs"/>
          <w:b/>
          <w:bCs/>
          <w:sz w:val="28"/>
          <w:szCs w:val="28"/>
          <w:rtl/>
        </w:rPr>
        <w:t>25</w:t>
      </w:r>
      <w:r w:rsidRPr="009C28F3">
        <w:rPr>
          <w:rFonts w:cs="B Nazanin"/>
          <w:b/>
          <w:bCs/>
          <w:sz w:val="28"/>
          <w:szCs w:val="28"/>
        </w:rPr>
        <w:t xml:space="preserve"> </w:t>
      </w:r>
      <w:r w:rsidRPr="009C28F3">
        <w:rPr>
          <w:rFonts w:cs="B Nazanin"/>
          <w:b/>
          <w:bCs/>
          <w:sz w:val="28"/>
          <w:szCs w:val="28"/>
          <w:rtl/>
        </w:rPr>
        <w:t>تا 40 صفحه</w:t>
      </w:r>
      <w:r w:rsidRPr="009C28F3">
        <w:rPr>
          <w:rFonts w:cs="B Nazanin"/>
          <w:sz w:val="28"/>
          <w:szCs w:val="28"/>
          <w:rtl/>
        </w:rPr>
        <w:t xml:space="preserve"> باشد</w:t>
      </w:r>
      <w:r w:rsidRPr="009C28F3">
        <w:rPr>
          <w:rFonts w:cs="B Nazanin"/>
          <w:sz w:val="28"/>
          <w:szCs w:val="28"/>
        </w:rPr>
        <w:t>.</w:t>
      </w:r>
    </w:p>
    <w:p w14:paraId="522DA111" w14:textId="77777777" w:rsidR="009C28F3" w:rsidRPr="009C28F3" w:rsidRDefault="009C28F3">
      <w:pPr>
        <w:numPr>
          <w:ilvl w:val="0"/>
          <w:numId w:val="10"/>
        </w:numPr>
        <w:bidi/>
        <w:rPr>
          <w:rFonts w:cs="B Nazanin"/>
          <w:b/>
          <w:bCs/>
          <w:sz w:val="28"/>
          <w:szCs w:val="28"/>
        </w:rPr>
      </w:pPr>
      <w:r w:rsidRPr="009C28F3">
        <w:rPr>
          <w:rFonts w:cs="B Nazanin"/>
          <w:b/>
          <w:bCs/>
          <w:sz w:val="28"/>
          <w:szCs w:val="28"/>
          <w:rtl/>
        </w:rPr>
        <w:t>کلیه مطالب باید با تأیید استاد راهنما تهیه و تنظیم شود</w:t>
      </w:r>
      <w:r w:rsidRPr="009C28F3">
        <w:rPr>
          <w:rFonts w:cs="B Nazanin"/>
          <w:b/>
          <w:bCs/>
          <w:sz w:val="28"/>
          <w:szCs w:val="28"/>
        </w:rPr>
        <w:t>.</w:t>
      </w:r>
    </w:p>
    <w:p w14:paraId="3B88FAFE" w14:textId="77777777" w:rsidR="009C28F3" w:rsidRPr="009C28F3" w:rsidRDefault="00000000" w:rsidP="009C28F3">
      <w:pPr>
        <w:bidi/>
        <w:rPr>
          <w:rFonts w:cs="B Nazanin"/>
          <w:sz w:val="28"/>
          <w:szCs w:val="28"/>
        </w:rPr>
      </w:pPr>
      <w:r>
        <w:rPr>
          <w:rFonts w:cs="B Nazanin"/>
          <w:sz w:val="28"/>
          <w:szCs w:val="28"/>
        </w:rPr>
        <w:pict w14:anchorId="76D3C628">
          <v:rect id="_x0000_i1033" style="width:0;height:1.5pt" o:hralign="center" o:hrstd="t" o:hr="t" fillcolor="#a0a0a0" stroked="f"/>
        </w:pict>
      </w:r>
    </w:p>
    <w:p w14:paraId="1111B8BE" w14:textId="1AEA0F2B" w:rsidR="009C28F3" w:rsidRPr="009C28F3" w:rsidRDefault="009C28F3" w:rsidP="00F262BE">
      <w:pPr>
        <w:bidi/>
        <w:jc w:val="center"/>
        <w:rPr>
          <w:rFonts w:cs="B Nazanin"/>
          <w:b/>
          <w:bCs/>
          <w:sz w:val="28"/>
          <w:szCs w:val="28"/>
        </w:rPr>
      </w:pPr>
      <w:r w:rsidRPr="009C28F3">
        <w:rPr>
          <w:rFonts w:cs="B Nazanin"/>
          <w:b/>
          <w:bCs/>
          <w:sz w:val="28"/>
          <w:szCs w:val="28"/>
          <w:rtl/>
        </w:rPr>
        <w:t>ساختار گزارش پروژه</w:t>
      </w:r>
    </w:p>
    <w:p w14:paraId="6FE91C06" w14:textId="0CAB4168" w:rsidR="009C28F3" w:rsidRPr="009C28F3" w:rsidRDefault="009C28F3" w:rsidP="009C28F3">
      <w:pPr>
        <w:bidi/>
        <w:rPr>
          <w:rFonts w:cs="B Nazanin"/>
          <w:b/>
          <w:bCs/>
          <w:sz w:val="28"/>
          <w:szCs w:val="28"/>
        </w:rPr>
      </w:pPr>
      <w:r w:rsidRPr="009C28F3">
        <w:rPr>
          <w:rFonts w:cs="B Nazanin"/>
          <w:b/>
          <w:bCs/>
          <w:sz w:val="28"/>
          <w:szCs w:val="28"/>
          <w:rtl/>
        </w:rPr>
        <w:t xml:space="preserve">صفحه </w:t>
      </w:r>
      <w:r w:rsidR="00844EBB">
        <w:rPr>
          <w:rFonts w:cs="B Nazanin" w:hint="cs"/>
          <w:b/>
          <w:bCs/>
          <w:sz w:val="28"/>
          <w:szCs w:val="28"/>
          <w:rtl/>
        </w:rPr>
        <w:t xml:space="preserve">جلد </w:t>
      </w:r>
    </w:p>
    <w:p w14:paraId="59F9770A" w14:textId="77777777" w:rsidR="009C28F3" w:rsidRPr="009C28F3" w:rsidRDefault="009C28F3">
      <w:pPr>
        <w:numPr>
          <w:ilvl w:val="0"/>
          <w:numId w:val="11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نام دانشگاه و آموزشکده</w:t>
      </w:r>
    </w:p>
    <w:p w14:paraId="5258B1C5" w14:textId="77777777" w:rsidR="009C28F3" w:rsidRPr="009C28F3" w:rsidRDefault="009C28F3">
      <w:pPr>
        <w:numPr>
          <w:ilvl w:val="0"/>
          <w:numId w:val="11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عنوان پروژه</w:t>
      </w:r>
    </w:p>
    <w:p w14:paraId="2FA8A510" w14:textId="77777777" w:rsidR="009C28F3" w:rsidRPr="009C28F3" w:rsidRDefault="009C28F3">
      <w:pPr>
        <w:numPr>
          <w:ilvl w:val="0"/>
          <w:numId w:val="11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نام دانشجو</w:t>
      </w:r>
    </w:p>
    <w:p w14:paraId="73D13020" w14:textId="77777777" w:rsidR="009C28F3" w:rsidRPr="009C28F3" w:rsidRDefault="009C28F3">
      <w:pPr>
        <w:numPr>
          <w:ilvl w:val="0"/>
          <w:numId w:val="11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نام استاد راهنما</w:t>
      </w:r>
    </w:p>
    <w:p w14:paraId="3B30293F" w14:textId="77777777" w:rsidR="009C28F3" w:rsidRPr="009C28F3" w:rsidRDefault="009C28F3">
      <w:pPr>
        <w:numPr>
          <w:ilvl w:val="0"/>
          <w:numId w:val="11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رشته تحصیلی</w:t>
      </w:r>
    </w:p>
    <w:p w14:paraId="07C321C8" w14:textId="77777777" w:rsidR="000C5DCB" w:rsidRDefault="009C28F3">
      <w:pPr>
        <w:numPr>
          <w:ilvl w:val="0"/>
          <w:numId w:val="11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سال انجام پروژه</w:t>
      </w:r>
    </w:p>
    <w:p w14:paraId="40D4769F" w14:textId="0C5729CA" w:rsidR="001D7177" w:rsidRDefault="001D7177">
      <w:pPr>
        <w:pStyle w:val="ListParagraph"/>
        <w:numPr>
          <w:ilvl w:val="0"/>
          <w:numId w:val="11"/>
        </w:numPr>
        <w:bidi/>
        <w:rPr>
          <w:rFonts w:cs="B Zar"/>
          <w:sz w:val="32"/>
          <w:szCs w:val="32"/>
          <w:lang w:bidi="fa-IR"/>
        </w:rPr>
      </w:pPr>
      <w:r w:rsidRPr="00F262BE">
        <w:rPr>
          <w:rFonts w:cs="B Zar" w:hint="cs"/>
          <w:sz w:val="32"/>
          <w:szCs w:val="32"/>
          <w:rtl/>
          <w:lang w:bidi="fa-IR"/>
        </w:rPr>
        <w:t>شماره پروژه:  (همان شماره دانشجویی است)</w:t>
      </w:r>
    </w:p>
    <w:p w14:paraId="681A739C" w14:textId="77777777" w:rsidR="00F262BE" w:rsidRPr="00F262BE" w:rsidRDefault="00F262BE" w:rsidP="00F262BE">
      <w:pPr>
        <w:bidi/>
        <w:rPr>
          <w:rFonts w:cs="B Zar"/>
          <w:sz w:val="32"/>
          <w:szCs w:val="32"/>
          <w:lang w:bidi="fa-IR"/>
        </w:rPr>
      </w:pPr>
    </w:p>
    <w:p w14:paraId="72DDEDBC" w14:textId="3F05B856" w:rsidR="00585858" w:rsidRPr="00F262BE" w:rsidRDefault="00076C84" w:rsidP="00F262BE">
      <w:pPr>
        <w:bidi/>
        <w:rPr>
          <w:rFonts w:cs="B Nazanin"/>
          <w:b/>
          <w:bCs/>
          <w:sz w:val="28"/>
          <w:szCs w:val="28"/>
          <w:rtl/>
        </w:rPr>
      </w:pPr>
      <w:r w:rsidRPr="00F262BE">
        <w:rPr>
          <w:rFonts w:cs="B Nazanin" w:hint="cs"/>
          <w:b/>
          <w:bCs/>
          <w:sz w:val="28"/>
          <w:szCs w:val="28"/>
          <w:rtl/>
        </w:rPr>
        <w:lastRenderedPageBreak/>
        <w:t>صورتجلسه دفاع</w:t>
      </w:r>
    </w:p>
    <w:p w14:paraId="42B5EDD3" w14:textId="738E34F0" w:rsidR="00076C84" w:rsidRDefault="00D51882" w:rsidP="00F262BE">
      <w:pPr>
        <w:bidi/>
        <w:rPr>
          <w:rFonts w:cs="B Nazanin"/>
          <w:b/>
          <w:bCs/>
          <w:sz w:val="28"/>
          <w:szCs w:val="28"/>
        </w:rPr>
      </w:pPr>
      <w:r w:rsidRPr="00F262BE">
        <w:rPr>
          <w:rFonts w:cs="B Nazanin" w:hint="cs"/>
          <w:b/>
          <w:bCs/>
          <w:sz w:val="28"/>
          <w:szCs w:val="28"/>
          <w:rtl/>
        </w:rPr>
        <w:t xml:space="preserve">فرم چکیده </w:t>
      </w:r>
    </w:p>
    <w:p w14:paraId="76FAF0FF" w14:textId="77777777" w:rsidR="00F262BE" w:rsidRPr="00F262BE" w:rsidRDefault="00F262BE" w:rsidP="00F262BE">
      <w:pPr>
        <w:bidi/>
        <w:rPr>
          <w:rFonts w:cs="B Nazanin"/>
          <w:b/>
          <w:bCs/>
          <w:sz w:val="8"/>
          <w:szCs w:val="8"/>
        </w:rPr>
      </w:pPr>
    </w:p>
    <w:p w14:paraId="15A5ED48" w14:textId="2E73B3F9" w:rsidR="001D7177" w:rsidRPr="00F262BE" w:rsidRDefault="001D7177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F262BE">
        <w:rPr>
          <w:rFonts w:cs="B Nazanin" w:hint="cs"/>
          <w:b/>
          <w:bCs/>
          <w:sz w:val="28"/>
          <w:szCs w:val="28"/>
          <w:rtl/>
        </w:rPr>
        <w:t>چکیده</w:t>
      </w:r>
      <w:r w:rsidR="00F262BE" w:rsidRPr="00F262BE">
        <w:rPr>
          <w:rFonts w:cs="B Nazanin"/>
          <w:b/>
          <w:bCs/>
          <w:sz w:val="28"/>
          <w:szCs w:val="28"/>
        </w:rPr>
        <w:t xml:space="preserve"> </w:t>
      </w:r>
      <w:r w:rsidR="00F262BE" w:rsidRPr="00F262BE">
        <w:rPr>
          <w:rFonts w:cs="B Nazanin" w:hint="cs"/>
          <w:b/>
          <w:bCs/>
          <w:sz w:val="28"/>
          <w:szCs w:val="28"/>
          <w:rtl/>
          <w:lang w:bidi="fa-IR"/>
        </w:rPr>
        <w:t>اصلی پروژه</w:t>
      </w:r>
    </w:p>
    <w:p w14:paraId="6F0C05BB" w14:textId="77777777" w:rsidR="00076C84" w:rsidRPr="00F262BE" w:rsidRDefault="00076C84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F262BE">
        <w:rPr>
          <w:rFonts w:cs="B Nazanin"/>
          <w:b/>
          <w:bCs/>
          <w:sz w:val="28"/>
          <w:szCs w:val="28"/>
          <w:rtl/>
        </w:rPr>
        <w:t>فهرست مطالب</w:t>
      </w:r>
    </w:p>
    <w:p w14:paraId="3B44D9C2" w14:textId="77777777" w:rsidR="00076C84" w:rsidRPr="00076C84" w:rsidRDefault="00076C84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فصل اول: مقدمه و کلیات</w:t>
      </w:r>
    </w:p>
    <w:p w14:paraId="5B62C702" w14:textId="77777777" w:rsidR="00076C84" w:rsidRPr="00076C84" w:rsidRDefault="00076C84">
      <w:pPr>
        <w:numPr>
          <w:ilvl w:val="0"/>
          <w:numId w:val="12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معرفی موضوع</w:t>
      </w:r>
    </w:p>
    <w:p w14:paraId="77798844" w14:textId="77777777" w:rsidR="00076C84" w:rsidRPr="00076C84" w:rsidRDefault="00076C84">
      <w:pPr>
        <w:numPr>
          <w:ilvl w:val="0"/>
          <w:numId w:val="12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اهمیت و ضرورت انجام پروژه</w:t>
      </w:r>
    </w:p>
    <w:p w14:paraId="0C6D922A" w14:textId="77777777" w:rsidR="00076C84" w:rsidRPr="00076C84" w:rsidRDefault="00076C84">
      <w:pPr>
        <w:numPr>
          <w:ilvl w:val="0"/>
          <w:numId w:val="12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اهداف پروژه</w:t>
      </w:r>
    </w:p>
    <w:p w14:paraId="628D19AA" w14:textId="77777777" w:rsidR="00076C84" w:rsidRPr="00076C84" w:rsidRDefault="00076C84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فصل دوم: مروری بر منابع</w:t>
      </w:r>
    </w:p>
    <w:p w14:paraId="5A1E88BD" w14:textId="77777777" w:rsidR="00076C84" w:rsidRPr="00076C84" w:rsidRDefault="00076C84">
      <w:pPr>
        <w:numPr>
          <w:ilvl w:val="0"/>
          <w:numId w:val="13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استفاده از منابع علمی مرتبط (کتاب‌ها، مقالات و منابع معتبر)</w:t>
      </w:r>
    </w:p>
    <w:p w14:paraId="6070AFC5" w14:textId="77777777" w:rsidR="00076C84" w:rsidRPr="00076C84" w:rsidRDefault="00076C84">
      <w:pPr>
        <w:numPr>
          <w:ilvl w:val="0"/>
          <w:numId w:val="13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خلاصه مطالعات انجام‌شده در زمینه موضوع پروژه</w:t>
      </w:r>
    </w:p>
    <w:p w14:paraId="5E141519" w14:textId="77777777" w:rsidR="00076C84" w:rsidRPr="00076C84" w:rsidRDefault="00076C84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فصل سوم: روش انجام پروژه</w:t>
      </w:r>
    </w:p>
    <w:p w14:paraId="437A3593" w14:textId="77777777" w:rsidR="00076C84" w:rsidRPr="00076C84" w:rsidRDefault="00076C84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با توجه به نوع پروژه می‌تواند شامل</w:t>
      </w:r>
      <w:r w:rsidRPr="00076C84">
        <w:rPr>
          <w:rFonts w:cs="B Nazanin"/>
          <w:b/>
          <w:bCs/>
          <w:sz w:val="28"/>
          <w:szCs w:val="28"/>
        </w:rPr>
        <w:t>:</w:t>
      </w:r>
    </w:p>
    <w:p w14:paraId="42662BE8" w14:textId="77777777" w:rsidR="00076C84" w:rsidRPr="00076C84" w:rsidRDefault="00076C84">
      <w:pPr>
        <w:numPr>
          <w:ilvl w:val="0"/>
          <w:numId w:val="14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مطالعه مروری</w:t>
      </w:r>
    </w:p>
    <w:p w14:paraId="64AF4583" w14:textId="77777777" w:rsidR="00076C84" w:rsidRPr="00076C84" w:rsidRDefault="00076C84">
      <w:pPr>
        <w:numPr>
          <w:ilvl w:val="0"/>
          <w:numId w:val="14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بررسی اطلاعات و داده‌های موجود</w:t>
      </w:r>
    </w:p>
    <w:p w14:paraId="330A9173" w14:textId="77777777" w:rsidR="00076C84" w:rsidRPr="00076C84" w:rsidRDefault="00076C84">
      <w:pPr>
        <w:numPr>
          <w:ilvl w:val="0"/>
          <w:numId w:val="14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جمع‌آوری نمونه یا اطلاعات (در صورت نیاز)</w:t>
      </w:r>
    </w:p>
    <w:p w14:paraId="377AC0F8" w14:textId="77777777" w:rsidR="00076C84" w:rsidRPr="00076C84" w:rsidRDefault="00076C84">
      <w:pPr>
        <w:numPr>
          <w:ilvl w:val="0"/>
          <w:numId w:val="14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روش تحلیل اطلاعات</w:t>
      </w:r>
    </w:p>
    <w:p w14:paraId="7B49BBEA" w14:textId="77777777" w:rsidR="00076C84" w:rsidRPr="00076C84" w:rsidRDefault="00076C84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فصل چهارم: نتایج و بحث</w:t>
      </w:r>
    </w:p>
    <w:p w14:paraId="56BAE755" w14:textId="77777777" w:rsidR="00076C84" w:rsidRPr="00076C84" w:rsidRDefault="00076C84">
      <w:pPr>
        <w:numPr>
          <w:ilvl w:val="0"/>
          <w:numId w:val="15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ارائه مطالب جمع‌آوری‌شده</w:t>
      </w:r>
    </w:p>
    <w:p w14:paraId="5B49944C" w14:textId="77777777" w:rsidR="00076C84" w:rsidRPr="00076C84" w:rsidRDefault="00076C84">
      <w:pPr>
        <w:numPr>
          <w:ilvl w:val="0"/>
          <w:numId w:val="15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تحلیل و بررسی موضوع</w:t>
      </w:r>
    </w:p>
    <w:p w14:paraId="30CB2172" w14:textId="77777777" w:rsidR="00076C84" w:rsidRPr="00076C84" w:rsidRDefault="00076C84">
      <w:pPr>
        <w:numPr>
          <w:ilvl w:val="0"/>
          <w:numId w:val="15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مقایسه با مطالعات مشابه</w:t>
      </w:r>
    </w:p>
    <w:p w14:paraId="7BCED339" w14:textId="77777777" w:rsidR="00076C84" w:rsidRPr="00076C84" w:rsidRDefault="00076C84">
      <w:pPr>
        <w:numPr>
          <w:ilvl w:val="0"/>
          <w:numId w:val="16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lastRenderedPageBreak/>
        <w:t>جمع‌بندی مطالب</w:t>
      </w:r>
    </w:p>
    <w:p w14:paraId="488A367B" w14:textId="77777777" w:rsidR="00076C84" w:rsidRPr="00076C84" w:rsidRDefault="00076C84">
      <w:pPr>
        <w:numPr>
          <w:ilvl w:val="0"/>
          <w:numId w:val="16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پیشنهادات کاربردی</w:t>
      </w:r>
    </w:p>
    <w:p w14:paraId="7958E16D" w14:textId="77777777" w:rsidR="00076C84" w:rsidRPr="00076C84" w:rsidRDefault="00076C84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منابع</w:t>
      </w:r>
    </w:p>
    <w:p w14:paraId="61CCFD25" w14:textId="01A9E489" w:rsidR="00076C84" w:rsidRPr="00076C84" w:rsidRDefault="00076C84">
      <w:pPr>
        <w:numPr>
          <w:ilvl w:val="0"/>
          <w:numId w:val="17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درج منابع استفاده‌شده به صورت استاندارد علمی</w:t>
      </w:r>
      <w:r w:rsidRPr="00076C84">
        <w:rPr>
          <w:rFonts w:cs="B Nazanin" w:hint="cs"/>
          <w:b/>
          <w:bCs/>
          <w:sz w:val="28"/>
          <w:szCs w:val="28"/>
          <w:rtl/>
        </w:rPr>
        <w:t xml:space="preserve"> </w:t>
      </w:r>
      <w:r w:rsidR="00F262BE">
        <w:rPr>
          <w:rFonts w:cs="B Nazanin" w:hint="cs"/>
          <w:b/>
          <w:bCs/>
          <w:sz w:val="28"/>
          <w:szCs w:val="28"/>
          <w:rtl/>
        </w:rPr>
        <w:t>(</w:t>
      </w:r>
      <w:r w:rsidR="00F262BE" w:rsidRPr="00F262BE">
        <w:rPr>
          <w:rFonts w:cs="B Nazanin"/>
          <w:b/>
          <w:bCs/>
          <w:sz w:val="28"/>
          <w:szCs w:val="28"/>
        </w:rPr>
        <w:t>Vancouver</w:t>
      </w:r>
      <w:r w:rsidR="00F262BE">
        <w:rPr>
          <w:rFonts w:cs="B Nazanin" w:hint="cs"/>
          <w:b/>
          <w:bCs/>
          <w:sz w:val="28"/>
          <w:szCs w:val="28"/>
          <w:rtl/>
        </w:rPr>
        <w:t>)</w:t>
      </w:r>
    </w:p>
    <w:p w14:paraId="101859AC" w14:textId="77777777" w:rsidR="00076C84" w:rsidRPr="00076C84" w:rsidRDefault="00076C84" w:rsidP="00F262BE">
      <w:p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ضمائم (در صورت وجود)</w:t>
      </w:r>
    </w:p>
    <w:p w14:paraId="1134DE2C" w14:textId="77777777" w:rsidR="00076C84" w:rsidRPr="00076C84" w:rsidRDefault="00076C84">
      <w:pPr>
        <w:numPr>
          <w:ilvl w:val="0"/>
          <w:numId w:val="18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تصاویر</w:t>
      </w:r>
    </w:p>
    <w:p w14:paraId="343C0AC9" w14:textId="77777777" w:rsidR="00076C84" w:rsidRPr="00076C84" w:rsidRDefault="00076C84">
      <w:pPr>
        <w:numPr>
          <w:ilvl w:val="0"/>
          <w:numId w:val="18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جداول</w:t>
      </w:r>
    </w:p>
    <w:p w14:paraId="7E76A1D3" w14:textId="77777777" w:rsidR="00076C84" w:rsidRPr="00076C84" w:rsidRDefault="00076C84">
      <w:pPr>
        <w:numPr>
          <w:ilvl w:val="0"/>
          <w:numId w:val="18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فرم‌ها</w:t>
      </w:r>
    </w:p>
    <w:p w14:paraId="282B0F91" w14:textId="77777777" w:rsidR="00076C84" w:rsidRPr="00076C84" w:rsidRDefault="00076C84">
      <w:pPr>
        <w:numPr>
          <w:ilvl w:val="0"/>
          <w:numId w:val="18"/>
        </w:numPr>
        <w:bidi/>
        <w:spacing w:line="240" w:lineRule="auto"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اطلاعات تکمیلی</w:t>
      </w:r>
    </w:p>
    <w:p w14:paraId="17010785" w14:textId="77777777" w:rsidR="00076C84" w:rsidRPr="00076C84" w:rsidRDefault="00000000" w:rsidP="00076C84">
      <w:pPr>
        <w:bidi/>
        <w:rPr>
          <w:rFonts w:cs="B Nazanin"/>
          <w:b/>
          <w:bCs/>
          <w:sz w:val="28"/>
          <w:szCs w:val="28"/>
        </w:rPr>
      </w:pPr>
      <w:r>
        <w:rPr>
          <w:rFonts w:cs="B Nazanin"/>
          <w:b/>
          <w:bCs/>
          <w:sz w:val="28"/>
          <w:szCs w:val="28"/>
        </w:rPr>
        <w:pict w14:anchorId="46F63996">
          <v:rect id="_x0000_i1034" style="width:0;height:1.5pt" o:hralign="center" o:hrstd="t" o:hr="t" fillcolor="#a0a0a0" stroked="f"/>
        </w:pict>
      </w:r>
    </w:p>
    <w:p w14:paraId="1D8A24A1" w14:textId="77777777" w:rsidR="00076C84" w:rsidRPr="00076C84" w:rsidRDefault="00076C84" w:rsidP="00076C84">
      <w:pPr>
        <w:bidi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نکات مهم</w:t>
      </w:r>
    </w:p>
    <w:p w14:paraId="57ABE783" w14:textId="77777777" w:rsidR="00076C84" w:rsidRPr="00076C84" w:rsidRDefault="00076C84">
      <w:pPr>
        <w:numPr>
          <w:ilvl w:val="0"/>
          <w:numId w:val="19"/>
        </w:numPr>
        <w:bidi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موضوع پروژه باید متناسب با مقطع کارشناسی و قابل انجام در زمان مقرر باشد</w:t>
      </w:r>
      <w:r w:rsidRPr="00076C84">
        <w:rPr>
          <w:rFonts w:cs="B Nazanin"/>
          <w:b/>
          <w:bCs/>
          <w:sz w:val="28"/>
          <w:szCs w:val="28"/>
        </w:rPr>
        <w:t>.</w:t>
      </w:r>
    </w:p>
    <w:p w14:paraId="78DD812D" w14:textId="77777777" w:rsidR="00076C84" w:rsidRPr="00076C84" w:rsidRDefault="00076C84">
      <w:pPr>
        <w:numPr>
          <w:ilvl w:val="0"/>
          <w:numId w:val="19"/>
        </w:numPr>
        <w:bidi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پروژه می‌تواند به صورت مروری، بررسی مطالعاتی، گزارش علمی یا پروژه کاربردی ساده انجام شود</w:t>
      </w:r>
      <w:r w:rsidRPr="00076C84">
        <w:rPr>
          <w:rFonts w:cs="B Nazanin"/>
          <w:b/>
          <w:bCs/>
          <w:sz w:val="28"/>
          <w:szCs w:val="28"/>
        </w:rPr>
        <w:t>.</w:t>
      </w:r>
    </w:p>
    <w:p w14:paraId="64B18D76" w14:textId="77777777" w:rsidR="00076C84" w:rsidRPr="00076C84" w:rsidRDefault="00076C84">
      <w:pPr>
        <w:numPr>
          <w:ilvl w:val="0"/>
          <w:numId w:val="19"/>
        </w:numPr>
        <w:bidi/>
        <w:rPr>
          <w:rFonts w:cs="B Nazanin"/>
          <w:b/>
          <w:bCs/>
          <w:sz w:val="28"/>
          <w:szCs w:val="28"/>
        </w:rPr>
      </w:pPr>
      <w:r w:rsidRPr="00076C84">
        <w:rPr>
          <w:rFonts w:cs="B Nazanin"/>
          <w:b/>
          <w:bCs/>
          <w:sz w:val="28"/>
          <w:szCs w:val="28"/>
          <w:rtl/>
        </w:rPr>
        <w:t>انجام پروژه‌های پیچیده آزمایشگاهی یا نیازمند امکانات ویژه توصیه نمی‌شود، مگر با تأیید استاد راهنما</w:t>
      </w:r>
      <w:r w:rsidRPr="00076C84">
        <w:rPr>
          <w:rFonts w:cs="B Nazanin"/>
          <w:b/>
          <w:bCs/>
          <w:sz w:val="28"/>
          <w:szCs w:val="28"/>
        </w:rPr>
        <w:t>.</w:t>
      </w:r>
    </w:p>
    <w:p w14:paraId="0A8CDA49" w14:textId="77777777" w:rsidR="00076C84" w:rsidRPr="00076C84" w:rsidRDefault="00076C84" w:rsidP="00076C84">
      <w:pPr>
        <w:bidi/>
        <w:rPr>
          <w:rFonts w:cs="B Nazanin"/>
          <w:b/>
          <w:bCs/>
          <w:sz w:val="28"/>
          <w:szCs w:val="28"/>
          <w:rtl/>
        </w:rPr>
      </w:pPr>
    </w:p>
    <w:p w14:paraId="1E297FA5" w14:textId="77777777" w:rsidR="00076C84" w:rsidRDefault="00076C84" w:rsidP="00076C84">
      <w:pPr>
        <w:bidi/>
        <w:rPr>
          <w:rFonts w:cs="B Nazanin"/>
          <w:b/>
          <w:bCs/>
          <w:sz w:val="28"/>
          <w:szCs w:val="28"/>
        </w:rPr>
      </w:pPr>
    </w:p>
    <w:p w14:paraId="3FAD98CA" w14:textId="77777777" w:rsidR="00076C84" w:rsidRDefault="00076C84" w:rsidP="00076C84">
      <w:pPr>
        <w:bidi/>
        <w:rPr>
          <w:rFonts w:cs="B Nazanin"/>
          <w:b/>
          <w:bCs/>
          <w:sz w:val="28"/>
          <w:szCs w:val="28"/>
        </w:rPr>
      </w:pPr>
    </w:p>
    <w:p w14:paraId="7EF55ACE" w14:textId="77777777" w:rsidR="00076C84" w:rsidRDefault="00076C84" w:rsidP="00076C84">
      <w:pPr>
        <w:bidi/>
        <w:rPr>
          <w:rFonts w:cs="B Nazanin"/>
          <w:b/>
          <w:bCs/>
          <w:sz w:val="28"/>
          <w:szCs w:val="28"/>
        </w:rPr>
      </w:pPr>
    </w:p>
    <w:p w14:paraId="3CCB19FB" w14:textId="77777777" w:rsidR="00076C84" w:rsidRDefault="00076C84" w:rsidP="00076C84">
      <w:pPr>
        <w:bidi/>
        <w:rPr>
          <w:rFonts w:cs="B Nazanin"/>
          <w:b/>
          <w:bCs/>
          <w:sz w:val="28"/>
          <w:szCs w:val="28"/>
        </w:rPr>
      </w:pPr>
    </w:p>
    <w:p w14:paraId="645E1B9A" w14:textId="7C4BACFC" w:rsidR="00076C84" w:rsidRDefault="005D1E15" w:rsidP="00D51882">
      <w:pPr>
        <w:bidi/>
        <w:jc w:val="center"/>
        <w:rPr>
          <w:rFonts w:cs="B Nazanin"/>
          <w:b/>
          <w:bCs/>
          <w:sz w:val="28"/>
          <w:szCs w:val="28"/>
          <w:rtl/>
        </w:rPr>
      </w:pPr>
      <w:r w:rsidRPr="00D51882">
        <w:rPr>
          <w:rFonts w:ascii="Times New Roman" w:eastAsia="Calibri" w:hAnsi="Times New Roman" w:cs="B Nazanin"/>
          <w:noProof/>
          <w:color w:val="231F20"/>
          <w:sz w:val="24"/>
          <w:szCs w:val="28"/>
          <w:lang w:bidi="fa-IR"/>
        </w:rPr>
        <w:lastRenderedPageBreak/>
        <w:drawing>
          <wp:inline distT="0" distB="0" distL="0" distR="0" wp14:anchorId="7E38370E" wp14:editId="4DA50980">
            <wp:extent cx="1230085" cy="1366761"/>
            <wp:effectExtent l="0" t="0" r="8255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0481" cy="1378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Calibri" w:hAnsi="Times New Roman" w:cs="B Nazanin"/>
          <w:noProof/>
          <w:color w:val="231F20"/>
          <w:sz w:val="24"/>
          <w:szCs w:val="28"/>
          <w:lang w:bidi="fa-I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F68F37" wp14:editId="10EF2D89">
                <wp:simplePos x="0" y="0"/>
                <wp:positionH relativeFrom="column">
                  <wp:posOffset>-381000</wp:posOffset>
                </wp:positionH>
                <wp:positionV relativeFrom="paragraph">
                  <wp:posOffset>-193675</wp:posOffset>
                </wp:positionV>
                <wp:extent cx="2471057" cy="576943"/>
                <wp:effectExtent l="0" t="0" r="5715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1057" cy="5769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2741EB" w14:textId="7DBAD68D" w:rsidR="005D1E15" w:rsidRPr="005D1E15" w:rsidRDefault="005D1E15" w:rsidP="005D1E15">
                            <w:pPr>
                              <w:bidi/>
                              <w:jc w:val="center"/>
                              <w:rPr>
                                <w:rFonts w:cs="B Zar"/>
                                <w:sz w:val="36"/>
                                <w:szCs w:val="36"/>
                                <w:lang w:bidi="fa-IR"/>
                              </w:rPr>
                            </w:pPr>
                            <w:r w:rsidRPr="005D1E15">
                              <w:rPr>
                                <w:rFonts w:cs="B Za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شماره پرو</w:t>
                            </w:r>
                            <w:r>
                              <w:rPr>
                                <w:rFonts w:cs="B Za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ژ</w:t>
                            </w:r>
                            <w:r w:rsidRPr="005D1E15">
                              <w:rPr>
                                <w:rFonts w:cs="B Za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ه</w:t>
                            </w:r>
                            <w:r>
                              <w:rPr>
                                <w:rFonts w:cs="B Za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>: .............</w:t>
                            </w:r>
                            <w:r w:rsidRPr="005D1E15">
                              <w:rPr>
                                <w:rFonts w:cs="B Zar" w:hint="cs"/>
                                <w:sz w:val="36"/>
                                <w:szCs w:val="36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F68F37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30pt;margin-top:-15.25pt;width:194.55pt;height:45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" fillcolor="white [3201]" stroked="f" strokeweight=".5pt">
                <v:textbox>
                  <w:txbxContent>
                    <w:p w14:paraId="672741EB" w14:textId="7DBAD68D" w:rsidR="005D1E15" w:rsidRPr="005D1E15" w:rsidRDefault="005D1E15" w:rsidP="005D1E15">
                      <w:pPr>
                        <w:bidi/>
                        <w:jc w:val="center"/>
                        <w:rPr>
                          <w:rFonts w:cs="B Zar"/>
                          <w:sz w:val="36"/>
                          <w:szCs w:val="36"/>
                          <w:lang w:bidi="fa-IR"/>
                        </w:rPr>
                      </w:pPr>
                      <w:r w:rsidRPr="005D1E15">
                        <w:rPr>
                          <w:rFonts w:cs="B Zar" w:hint="cs"/>
                          <w:sz w:val="36"/>
                          <w:szCs w:val="36"/>
                          <w:rtl/>
                          <w:lang w:bidi="fa-IR"/>
                        </w:rPr>
                        <w:t>شماره پرو</w:t>
                      </w:r>
                      <w:r>
                        <w:rPr>
                          <w:rFonts w:cs="B Zar" w:hint="cs"/>
                          <w:sz w:val="36"/>
                          <w:szCs w:val="36"/>
                          <w:rtl/>
                          <w:lang w:bidi="fa-IR"/>
                        </w:rPr>
                        <w:t>ژ</w:t>
                      </w:r>
                      <w:r w:rsidRPr="005D1E15">
                        <w:rPr>
                          <w:rFonts w:cs="B Zar" w:hint="cs"/>
                          <w:sz w:val="36"/>
                          <w:szCs w:val="36"/>
                          <w:rtl/>
                          <w:lang w:bidi="fa-IR"/>
                        </w:rPr>
                        <w:t>ه</w:t>
                      </w:r>
                      <w:r>
                        <w:rPr>
                          <w:rFonts w:cs="B Zar" w:hint="cs"/>
                          <w:sz w:val="36"/>
                          <w:szCs w:val="36"/>
                          <w:rtl/>
                          <w:lang w:bidi="fa-IR"/>
                        </w:rPr>
                        <w:t>: .............</w:t>
                      </w:r>
                      <w:r w:rsidRPr="005D1E15">
                        <w:rPr>
                          <w:rFonts w:cs="B Zar" w:hint="cs"/>
                          <w:sz w:val="36"/>
                          <w:szCs w:val="36"/>
                          <w:rtl/>
                          <w:lang w:bidi="fa-IR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845992F" w14:textId="2CAE6193" w:rsidR="00D51882" w:rsidRPr="005D1E15" w:rsidRDefault="00D51882" w:rsidP="005D1E15">
      <w:pPr>
        <w:tabs>
          <w:tab w:val="left" w:pos="3579"/>
        </w:tabs>
        <w:spacing w:after="160" w:line="259" w:lineRule="auto"/>
        <w:jc w:val="center"/>
        <w:rPr>
          <w:rFonts w:ascii="Times New Roman" w:eastAsia="Calibri" w:hAnsi="Times New Roman" w:cs="B Zar"/>
          <w:b/>
          <w:bCs/>
          <w:color w:val="231F20"/>
          <w:sz w:val="28"/>
          <w:szCs w:val="32"/>
        </w:rPr>
      </w:pPr>
      <w:r w:rsidRPr="00D51882">
        <w:rPr>
          <w:rFonts w:ascii="Times New Roman" w:eastAsia="Calibri" w:hAnsi="Times New Roman" w:cs="B Zar" w:hint="cs"/>
          <w:b/>
          <w:bCs/>
          <w:color w:val="231F20"/>
          <w:sz w:val="28"/>
          <w:szCs w:val="32"/>
          <w:rtl/>
        </w:rPr>
        <w:t>دانشکده پیرا دامپزشکی</w:t>
      </w:r>
    </w:p>
    <w:p w14:paraId="1FD1A4A1" w14:textId="4C27954D" w:rsidR="00D51882" w:rsidRPr="001D7177" w:rsidRDefault="00D51882" w:rsidP="00D51882">
      <w:pPr>
        <w:spacing w:after="160" w:line="259" w:lineRule="auto"/>
        <w:jc w:val="center"/>
        <w:rPr>
          <w:rFonts w:ascii="Times New Roman" w:eastAsia="Calibri" w:hAnsi="Times New Roman" w:cs="B Zar"/>
          <w:b/>
          <w:bCs/>
          <w:color w:val="231F20"/>
          <w:sz w:val="24"/>
          <w:szCs w:val="28"/>
          <w:rtl/>
        </w:rPr>
      </w:pPr>
      <w:r w:rsidRPr="001D7177">
        <w:rPr>
          <w:rFonts w:ascii="Times New Roman" w:eastAsia="Calibri" w:hAnsi="Times New Roman" w:cs="B Zar" w:hint="cs"/>
          <w:b/>
          <w:bCs/>
          <w:color w:val="231F20"/>
          <w:sz w:val="24"/>
          <w:szCs w:val="28"/>
          <w:rtl/>
        </w:rPr>
        <w:t>پروژه تحقیقاتی جهت</w:t>
      </w:r>
      <w:r w:rsidR="00E33442" w:rsidRPr="001D7177">
        <w:rPr>
          <w:rFonts w:ascii="Times New Roman" w:eastAsia="Calibri" w:hAnsi="Times New Roman" w:cs="B Zar" w:hint="cs"/>
          <w:b/>
          <w:bCs/>
          <w:color w:val="231F20"/>
          <w:sz w:val="24"/>
          <w:szCs w:val="28"/>
          <w:rtl/>
        </w:rPr>
        <w:t xml:space="preserve"> دریافت</w:t>
      </w:r>
      <w:r w:rsidRPr="001D7177">
        <w:rPr>
          <w:rFonts w:ascii="Times New Roman" w:eastAsia="Calibri" w:hAnsi="Times New Roman" w:cs="B Zar" w:hint="cs"/>
          <w:b/>
          <w:bCs/>
          <w:color w:val="231F20"/>
          <w:sz w:val="24"/>
          <w:szCs w:val="28"/>
          <w:rtl/>
        </w:rPr>
        <w:t xml:space="preserve"> درجه کارشناسی </w:t>
      </w:r>
    </w:p>
    <w:p w14:paraId="5E060E66" w14:textId="274B34D5" w:rsidR="00D51882" w:rsidRPr="00F262BE" w:rsidRDefault="00F262BE" w:rsidP="00D51882">
      <w:pPr>
        <w:spacing w:after="160" w:line="259" w:lineRule="auto"/>
        <w:jc w:val="center"/>
        <w:rPr>
          <w:rFonts w:ascii="Times New Roman" w:eastAsia="Calibri" w:hAnsi="Times New Roman" w:cs="B Zar"/>
          <w:color w:val="231F20"/>
          <w:sz w:val="24"/>
          <w:szCs w:val="28"/>
          <w:rtl/>
        </w:rPr>
      </w:pPr>
      <w:r w:rsidRPr="00F262BE">
        <w:rPr>
          <w:rFonts w:ascii="Times New Roman" w:eastAsia="Calibri" w:hAnsi="Times New Roman" w:cs="B Zar" w:hint="cs"/>
          <w:color w:val="231F20"/>
          <w:sz w:val="24"/>
          <w:szCs w:val="28"/>
          <w:rtl/>
        </w:rPr>
        <w:t>علوم آزمایشگاهی</w:t>
      </w:r>
      <w:r>
        <w:rPr>
          <w:rFonts w:ascii="Times New Roman" w:eastAsia="Calibri" w:hAnsi="Times New Roman" w:cs="B Zar" w:hint="cs"/>
          <w:color w:val="231F20"/>
          <w:sz w:val="24"/>
          <w:szCs w:val="28"/>
          <w:rtl/>
        </w:rPr>
        <w:t xml:space="preserve"> دامپزشکی</w:t>
      </w:r>
      <w:r w:rsidRPr="00F262BE">
        <w:rPr>
          <w:rFonts w:ascii="Times New Roman" w:eastAsia="Calibri" w:hAnsi="Times New Roman" w:cs="B Zar" w:hint="cs"/>
          <w:color w:val="231F20"/>
          <w:sz w:val="24"/>
          <w:szCs w:val="28"/>
          <w:rtl/>
        </w:rPr>
        <w:t xml:space="preserve"> / بهداشت مواد غذایی و ...</w:t>
      </w:r>
      <w:r w:rsidR="00E33442" w:rsidRPr="00F262BE">
        <w:rPr>
          <w:rFonts w:ascii="Times New Roman" w:eastAsia="Calibri" w:hAnsi="Times New Roman" w:cs="B Zar" w:hint="cs"/>
          <w:color w:val="231F20"/>
          <w:sz w:val="24"/>
          <w:szCs w:val="28"/>
          <w:rtl/>
        </w:rPr>
        <w:t>.</w:t>
      </w:r>
    </w:p>
    <w:p w14:paraId="3A096C97" w14:textId="77777777" w:rsidR="005D1E15" w:rsidRPr="00D51882" w:rsidRDefault="005D1E15" w:rsidP="00D51882">
      <w:pPr>
        <w:spacing w:after="160" w:line="259" w:lineRule="auto"/>
        <w:jc w:val="center"/>
        <w:rPr>
          <w:rFonts w:ascii="Times New Roman" w:eastAsia="Calibri" w:hAnsi="Times New Roman" w:cs="B Nazanin"/>
          <w:b/>
          <w:bCs/>
          <w:color w:val="000000"/>
          <w:sz w:val="24"/>
          <w:szCs w:val="28"/>
          <w:rtl/>
        </w:rPr>
      </w:pPr>
    </w:p>
    <w:p w14:paraId="2963536C" w14:textId="77777777" w:rsidR="00D51882" w:rsidRPr="00D51882" w:rsidRDefault="00D51882" w:rsidP="00D51882">
      <w:pPr>
        <w:tabs>
          <w:tab w:val="left" w:pos="3579"/>
        </w:tabs>
        <w:spacing w:after="160" w:line="259" w:lineRule="auto"/>
        <w:jc w:val="center"/>
        <w:rPr>
          <w:rFonts w:ascii="Times New Roman" w:eastAsia="Calibri" w:hAnsi="Times New Roman" w:cs="B Zar"/>
          <w:b/>
          <w:bCs/>
          <w:color w:val="231F20"/>
          <w:sz w:val="4"/>
          <w:szCs w:val="6"/>
          <w:rtl/>
        </w:rPr>
      </w:pPr>
    </w:p>
    <w:p w14:paraId="62840D15" w14:textId="432294E0" w:rsidR="00D51882" w:rsidRPr="005D1E15" w:rsidRDefault="00E33442" w:rsidP="00E33442">
      <w:pPr>
        <w:tabs>
          <w:tab w:val="left" w:pos="3579"/>
        </w:tabs>
        <w:spacing w:after="160" w:line="259" w:lineRule="auto"/>
        <w:jc w:val="center"/>
        <w:rPr>
          <w:rFonts w:ascii="Times New Roman" w:eastAsia="Calibri" w:hAnsi="Times New Roman" w:cs="B Zar"/>
          <w:color w:val="231F20"/>
          <w:sz w:val="32"/>
          <w:szCs w:val="32"/>
          <w:rtl/>
        </w:rPr>
      </w:pPr>
      <w:r w:rsidRPr="005D1E15">
        <w:rPr>
          <w:rFonts w:ascii="Times New Roman" w:eastAsia="Calibri" w:hAnsi="Times New Roman" w:cs="B Zar" w:hint="cs"/>
          <w:color w:val="231F20"/>
          <w:sz w:val="32"/>
          <w:szCs w:val="32"/>
          <w:rtl/>
        </w:rPr>
        <w:t>عنوان پروژه:</w:t>
      </w:r>
    </w:p>
    <w:p w14:paraId="7EF6B6F7" w14:textId="1F1C4607" w:rsidR="00D51882" w:rsidRPr="00D51882" w:rsidRDefault="00E33442" w:rsidP="00D51882">
      <w:pPr>
        <w:spacing w:after="160" w:line="259" w:lineRule="auto"/>
        <w:jc w:val="center"/>
        <w:rPr>
          <w:rFonts w:ascii="Times New Roman" w:eastAsia="Calibri" w:hAnsi="Times New Roman" w:cs="B Titr"/>
          <w:b/>
          <w:bCs/>
          <w:color w:val="231F20"/>
          <w:sz w:val="28"/>
          <w:szCs w:val="28"/>
          <w:rtl/>
        </w:rPr>
      </w:pPr>
      <w:r>
        <w:rPr>
          <w:rFonts w:ascii="Times New Roman" w:eastAsia="Calibri" w:hAnsi="Times New Roman" w:cs="B Titr" w:hint="cs"/>
          <w:color w:val="000000"/>
          <w:sz w:val="32"/>
          <w:szCs w:val="32"/>
          <w:rtl/>
        </w:rPr>
        <w:t>............................................</w:t>
      </w:r>
    </w:p>
    <w:p w14:paraId="6EF53111" w14:textId="77777777" w:rsidR="00D51882" w:rsidRPr="00D51882" w:rsidRDefault="00D51882" w:rsidP="00D51882">
      <w:pPr>
        <w:tabs>
          <w:tab w:val="left" w:pos="3579"/>
        </w:tabs>
        <w:spacing w:after="160" w:line="259" w:lineRule="auto"/>
        <w:rPr>
          <w:rFonts w:ascii="Times New Roman" w:eastAsia="Calibri" w:hAnsi="Times New Roman" w:cs="B Nazanin"/>
          <w:b/>
          <w:bCs/>
          <w:color w:val="231F20"/>
          <w:rtl/>
        </w:rPr>
      </w:pPr>
    </w:p>
    <w:p w14:paraId="4F684273" w14:textId="04E58901" w:rsidR="00D51882" w:rsidRPr="005D1E15" w:rsidRDefault="00D51882" w:rsidP="00D51882">
      <w:pPr>
        <w:spacing w:after="160" w:line="240" w:lineRule="auto"/>
        <w:jc w:val="center"/>
        <w:rPr>
          <w:rFonts w:ascii="Times New Roman" w:eastAsia="Calibri" w:hAnsi="Times New Roman" w:cs="B Zar"/>
          <w:color w:val="231F20"/>
          <w:sz w:val="28"/>
          <w:szCs w:val="32"/>
          <w:rtl/>
        </w:rPr>
      </w:pPr>
      <w:r w:rsidRPr="00D51882">
        <w:rPr>
          <w:rFonts w:ascii="Times New Roman" w:eastAsia="Calibri" w:hAnsi="Times New Roman" w:cs="B Zar" w:hint="cs"/>
          <w:b/>
          <w:bCs/>
          <w:color w:val="231F20"/>
          <w:sz w:val="28"/>
          <w:szCs w:val="32"/>
          <w:rtl/>
        </w:rPr>
        <w:t xml:space="preserve"> </w:t>
      </w:r>
      <w:r w:rsidRPr="00D51882">
        <w:rPr>
          <w:rFonts w:ascii="Times New Roman" w:eastAsia="Calibri" w:hAnsi="Times New Roman" w:cs="B Zar" w:hint="cs"/>
          <w:color w:val="231F20"/>
          <w:sz w:val="28"/>
          <w:szCs w:val="32"/>
          <w:rtl/>
        </w:rPr>
        <w:t>استاد راهنما:</w:t>
      </w:r>
    </w:p>
    <w:p w14:paraId="5EAD8E80" w14:textId="4457E86D" w:rsidR="00E33442" w:rsidRPr="00D51882" w:rsidRDefault="00E33442" w:rsidP="00D51882">
      <w:pPr>
        <w:spacing w:after="160" w:line="240" w:lineRule="auto"/>
        <w:jc w:val="center"/>
        <w:rPr>
          <w:rFonts w:ascii="Times New Roman" w:eastAsia="Calibri" w:hAnsi="Times New Roman" w:cs="B Titr"/>
          <w:b/>
          <w:bCs/>
          <w:color w:val="231F20"/>
          <w:sz w:val="28"/>
          <w:szCs w:val="32"/>
          <w:rtl/>
        </w:rPr>
      </w:pPr>
      <w:r>
        <w:rPr>
          <w:rFonts w:ascii="Times New Roman" w:eastAsia="Calibri" w:hAnsi="Times New Roman" w:cs="B Titr" w:hint="cs"/>
          <w:b/>
          <w:bCs/>
          <w:color w:val="231F20"/>
          <w:sz w:val="28"/>
          <w:szCs w:val="32"/>
          <w:rtl/>
        </w:rPr>
        <w:t>....................................</w:t>
      </w:r>
    </w:p>
    <w:p w14:paraId="7CF6A45C" w14:textId="5D7B73ED" w:rsidR="00D51882" w:rsidRPr="00D51882" w:rsidRDefault="00D51882" w:rsidP="00D51882">
      <w:pPr>
        <w:spacing w:after="160" w:line="240" w:lineRule="auto"/>
        <w:jc w:val="center"/>
        <w:rPr>
          <w:rFonts w:ascii="Times New Roman" w:eastAsia="Calibri" w:hAnsi="Times New Roman" w:cs="B Nazanin"/>
          <w:color w:val="000000"/>
          <w:sz w:val="44"/>
          <w:szCs w:val="44"/>
          <w:rtl/>
        </w:rPr>
      </w:pPr>
    </w:p>
    <w:p w14:paraId="1D0C4E57" w14:textId="77777777" w:rsidR="00D51882" w:rsidRPr="00D51882" w:rsidRDefault="00D51882" w:rsidP="00D51882">
      <w:pPr>
        <w:spacing w:after="160" w:line="240" w:lineRule="auto"/>
        <w:jc w:val="center"/>
        <w:rPr>
          <w:rFonts w:ascii="Times New Roman" w:eastAsia="Calibri" w:hAnsi="Times New Roman" w:cs="B Nazanin"/>
          <w:color w:val="231F20"/>
          <w:sz w:val="14"/>
          <w:szCs w:val="14"/>
          <w:rtl/>
        </w:rPr>
      </w:pPr>
    </w:p>
    <w:p w14:paraId="690DC486" w14:textId="2E2AB673" w:rsidR="00E33442" w:rsidRPr="00E33442" w:rsidRDefault="00E33442" w:rsidP="00E33442">
      <w:pPr>
        <w:spacing w:after="160" w:line="240" w:lineRule="auto"/>
        <w:jc w:val="center"/>
        <w:rPr>
          <w:rFonts w:ascii="Times New Roman" w:eastAsia="Calibri" w:hAnsi="Times New Roman" w:cs="B Zar"/>
          <w:color w:val="231F20"/>
          <w:sz w:val="28"/>
          <w:szCs w:val="32"/>
          <w:rtl/>
        </w:rPr>
      </w:pPr>
      <w:r w:rsidRPr="00E33442">
        <w:rPr>
          <w:rFonts w:ascii="Times New Roman" w:eastAsia="Calibri" w:hAnsi="Times New Roman" w:cs="B Zar" w:hint="cs"/>
          <w:color w:val="231F20"/>
          <w:sz w:val="28"/>
          <w:szCs w:val="32"/>
          <w:rtl/>
        </w:rPr>
        <w:t>نگارش:</w:t>
      </w:r>
    </w:p>
    <w:p w14:paraId="5039310E" w14:textId="2C71E62A" w:rsidR="00E33442" w:rsidRPr="00E33442" w:rsidRDefault="00E33442" w:rsidP="00E33442">
      <w:pPr>
        <w:spacing w:after="160" w:line="259" w:lineRule="auto"/>
        <w:jc w:val="center"/>
        <w:rPr>
          <w:rFonts w:ascii="Times New Roman" w:eastAsia="Calibri" w:hAnsi="Times New Roman" w:cs="B Titr"/>
          <w:b/>
          <w:bCs/>
          <w:color w:val="231F20"/>
          <w:sz w:val="28"/>
          <w:szCs w:val="32"/>
        </w:rPr>
      </w:pPr>
      <w:r w:rsidRPr="00E33442">
        <w:rPr>
          <w:rFonts w:ascii="Times New Roman" w:eastAsia="Calibri" w:hAnsi="Times New Roman" w:cs="B Titr" w:hint="cs"/>
          <w:b/>
          <w:bCs/>
          <w:color w:val="231F20"/>
          <w:sz w:val="28"/>
          <w:szCs w:val="32"/>
          <w:rtl/>
        </w:rPr>
        <w:t>.............................................</w:t>
      </w:r>
    </w:p>
    <w:p w14:paraId="4B007C5E" w14:textId="77777777" w:rsidR="00D51882" w:rsidRPr="00D51882" w:rsidRDefault="00D51882" w:rsidP="00D51882">
      <w:pPr>
        <w:spacing w:after="160" w:line="259" w:lineRule="auto"/>
        <w:jc w:val="center"/>
        <w:rPr>
          <w:rFonts w:ascii="Times New Roman" w:eastAsia="Calibri" w:hAnsi="Times New Roman" w:cs="B Nazanin"/>
          <w:color w:val="231F20"/>
          <w:sz w:val="10"/>
          <w:szCs w:val="10"/>
          <w:rtl/>
          <w:lang w:bidi="fa-IR"/>
        </w:rPr>
      </w:pPr>
    </w:p>
    <w:p w14:paraId="6CAFF0AC" w14:textId="77777777" w:rsidR="00D51882" w:rsidRPr="00D51882" w:rsidRDefault="00D51882" w:rsidP="00D51882">
      <w:pPr>
        <w:spacing w:after="160" w:line="259" w:lineRule="auto"/>
        <w:jc w:val="center"/>
        <w:rPr>
          <w:rFonts w:ascii="Times New Roman" w:eastAsia="Calibri" w:hAnsi="Times New Roman" w:cs="B Nazanin"/>
          <w:color w:val="231F20"/>
          <w:sz w:val="4"/>
          <w:szCs w:val="6"/>
          <w:lang w:bidi="fa-IR"/>
        </w:rPr>
      </w:pPr>
    </w:p>
    <w:p w14:paraId="34B0DE1C" w14:textId="4E7D0B63" w:rsidR="00D51882" w:rsidRPr="00D51882" w:rsidRDefault="005D1E15" w:rsidP="00D51882">
      <w:pPr>
        <w:spacing w:after="160" w:line="259" w:lineRule="auto"/>
        <w:jc w:val="center"/>
        <w:rPr>
          <w:rFonts w:ascii="Times New Roman" w:eastAsia="Calibri" w:hAnsi="Times New Roman" w:cs="B Nazanin"/>
          <w:b/>
          <w:bCs/>
          <w:color w:val="231F20"/>
          <w:sz w:val="24"/>
          <w:szCs w:val="28"/>
          <w:rtl/>
          <w:lang w:bidi="fa-IR"/>
        </w:rPr>
      </w:pPr>
      <w:r>
        <w:rPr>
          <w:rFonts w:ascii="Times New Roman" w:eastAsia="Calibri" w:hAnsi="Times New Roman" w:cs="B Nazanin" w:hint="cs"/>
          <w:b/>
          <w:bCs/>
          <w:color w:val="231F20"/>
          <w:sz w:val="24"/>
          <w:szCs w:val="28"/>
          <w:rtl/>
          <w:lang w:bidi="fa-IR"/>
        </w:rPr>
        <w:t>نیمسال تحصیلی 00-1400</w:t>
      </w:r>
    </w:p>
    <w:p w14:paraId="0045BA1B" w14:textId="77777777" w:rsidR="00D51882" w:rsidRDefault="00D51882" w:rsidP="00D51882">
      <w:pPr>
        <w:spacing w:after="160" w:line="259" w:lineRule="auto"/>
        <w:jc w:val="center"/>
        <w:rPr>
          <w:rFonts w:ascii="Times New Roman" w:eastAsia="Calibri" w:hAnsi="Times New Roman" w:cs="B Nazanin"/>
          <w:color w:val="231F20"/>
          <w:sz w:val="24"/>
          <w:szCs w:val="28"/>
          <w:rtl/>
          <w:lang w:bidi="fa-IR"/>
        </w:rPr>
      </w:pPr>
    </w:p>
    <w:p w14:paraId="2283BFA9" w14:textId="77777777" w:rsidR="00D51882" w:rsidRDefault="00D51882" w:rsidP="00D51882">
      <w:pPr>
        <w:bidi/>
        <w:jc w:val="center"/>
        <w:rPr>
          <w:rFonts w:cs="B Nazanin"/>
          <w:b/>
          <w:bCs/>
          <w:sz w:val="28"/>
          <w:szCs w:val="28"/>
        </w:rPr>
      </w:pPr>
    </w:p>
    <w:p w14:paraId="3B976317" w14:textId="77777777" w:rsidR="00585858" w:rsidRDefault="00585858" w:rsidP="000C5DCB">
      <w:pPr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AF3827C" wp14:editId="569A1DF4">
                <wp:simplePos x="0" y="0"/>
                <wp:positionH relativeFrom="column">
                  <wp:posOffset>0</wp:posOffset>
                </wp:positionH>
                <wp:positionV relativeFrom="paragraph">
                  <wp:posOffset>57513</wp:posOffset>
                </wp:positionV>
                <wp:extent cx="5715000" cy="63246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6324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38C64C" w14:textId="21E68D47" w:rsidR="00585858" w:rsidRDefault="005D1E15" w:rsidP="00585858">
                            <w:pPr>
                              <w:jc w:val="center"/>
                              <w:rPr>
                                <w:rtl/>
                              </w:rPr>
                            </w:pPr>
                            <w:bookmarkStart w:id="2" w:name="_Hlk238693237"/>
                            <w:bookmarkEnd w:id="2"/>
                            <w:r w:rsidRPr="00585858">
                              <w:rPr>
                                <w:noProof/>
                              </w:rPr>
                              <w:drawing>
                                <wp:inline distT="0" distB="0" distL="0" distR="0" wp14:anchorId="24C69225" wp14:editId="70E15581">
                                  <wp:extent cx="4721399" cy="6650182"/>
                                  <wp:effectExtent l="0" t="0" r="3175" b="0"/>
                                  <wp:docPr id="1634840362" name="Picture 1634840362" descr="بسم الله الرحمن الرحیم برای پاورپوینت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6" descr="بسم الله الرحمن الرحیم برای پاورپوینت 2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31218" r="2891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27493" cy="665876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8021278" w14:textId="77777777" w:rsidR="00585858" w:rsidRDefault="00585858" w:rsidP="0058585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85D310B" w14:textId="77777777" w:rsidR="00585858" w:rsidRDefault="00585858" w:rsidP="0058585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79A83A2B" w14:textId="62EDD96F" w:rsidR="00585858" w:rsidRDefault="00585858" w:rsidP="00585858">
                            <w:pPr>
                              <w:jc w:val="center"/>
                              <w:rPr>
                                <w:rtl/>
                              </w:rPr>
                            </w:pPr>
                          </w:p>
                          <w:p w14:paraId="4F914281" w14:textId="77777777" w:rsidR="00585858" w:rsidRDefault="00585858" w:rsidP="00585858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3827C" id="Text Box 7" o:spid="_x0000_s1027" type="#_x0000_t202" style="position:absolute;left:0;text-align:left;margin-left:0;margin-top:4.55pt;width:450pt;height:498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" fillcolor="white [3201]" stroked="f" strokeweight=".5pt">
                <v:textbox>
                  <w:txbxContent>
                    <w:p w14:paraId="7938C64C" w14:textId="21E68D47" w:rsidR="00585858" w:rsidRDefault="005D1E15" w:rsidP="00585858">
                      <w:pPr>
                        <w:jc w:val="center"/>
                        <w:rPr>
                          <w:rtl/>
                        </w:rPr>
                      </w:pPr>
                      <w:bookmarkStart w:id="3" w:name="_Hlk238693237"/>
                      <w:bookmarkEnd w:id="3"/>
                      <w:r w:rsidRPr="00585858">
                        <w:rPr>
                          <w:noProof/>
                        </w:rPr>
                        <w:drawing>
                          <wp:inline distT="0" distB="0" distL="0" distR="0" wp14:anchorId="24C69225" wp14:editId="70E15581">
                            <wp:extent cx="4721399" cy="6650182"/>
                            <wp:effectExtent l="0" t="0" r="3175" b="0"/>
                            <wp:docPr id="1634840362" name="Picture 1634840362" descr="بسم الله الرحمن الرحیم برای پاورپوینت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6" descr="بسم الله الرحمن الرحیم برای پاورپوینت 2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31218" r="2891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4727493" cy="665876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8021278" w14:textId="77777777" w:rsidR="00585858" w:rsidRDefault="00585858" w:rsidP="00585858">
                      <w:pPr>
                        <w:jc w:val="center"/>
                        <w:rPr>
                          <w:rtl/>
                        </w:rPr>
                      </w:pPr>
                    </w:p>
                    <w:p w14:paraId="785D310B" w14:textId="77777777" w:rsidR="00585858" w:rsidRDefault="00585858" w:rsidP="00585858">
                      <w:pPr>
                        <w:jc w:val="center"/>
                        <w:rPr>
                          <w:rtl/>
                        </w:rPr>
                      </w:pPr>
                    </w:p>
                    <w:p w14:paraId="79A83A2B" w14:textId="62EDD96F" w:rsidR="00585858" w:rsidRDefault="00585858" w:rsidP="00585858">
                      <w:pPr>
                        <w:jc w:val="center"/>
                        <w:rPr>
                          <w:rtl/>
                        </w:rPr>
                      </w:pPr>
                    </w:p>
                    <w:p w14:paraId="4F914281" w14:textId="77777777" w:rsidR="00585858" w:rsidRDefault="00585858" w:rsidP="00585858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4FFA1FF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4F29A8DD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10234859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4430FD13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3B29E979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4B257D93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13E8C952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1F312D60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5B12BE73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06164F1C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224373CF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7815176E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567C51DE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758000C1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73E170E9" w14:textId="77777777" w:rsidR="005D1E15" w:rsidRPr="005D1E15" w:rsidRDefault="005D1E15" w:rsidP="005D1E15">
      <w:pPr>
        <w:bidi/>
        <w:rPr>
          <w:rFonts w:cs="B Nazanin"/>
          <w:sz w:val="28"/>
          <w:szCs w:val="28"/>
          <w:rtl/>
        </w:rPr>
      </w:pPr>
    </w:p>
    <w:p w14:paraId="13C02B7B" w14:textId="77777777" w:rsidR="005D1E15" w:rsidRDefault="005D1E15" w:rsidP="005D1E15">
      <w:pPr>
        <w:bidi/>
        <w:rPr>
          <w:rFonts w:cs="B Nazanin"/>
          <w:b/>
          <w:bCs/>
          <w:sz w:val="28"/>
          <w:szCs w:val="28"/>
        </w:rPr>
      </w:pPr>
    </w:p>
    <w:p w14:paraId="3C12FC07" w14:textId="77777777" w:rsidR="00F262BE" w:rsidRDefault="00F262BE" w:rsidP="00F262BE">
      <w:pPr>
        <w:bidi/>
        <w:rPr>
          <w:rFonts w:cs="B Nazanin"/>
          <w:b/>
          <w:bCs/>
          <w:sz w:val="28"/>
          <w:szCs w:val="28"/>
        </w:rPr>
      </w:pPr>
    </w:p>
    <w:p w14:paraId="253A843C" w14:textId="77777777" w:rsidR="00F262BE" w:rsidRDefault="00F262BE" w:rsidP="00F262BE">
      <w:pPr>
        <w:bidi/>
        <w:rPr>
          <w:rFonts w:cs="B Nazanin"/>
          <w:b/>
          <w:bCs/>
          <w:sz w:val="28"/>
          <w:szCs w:val="28"/>
          <w:rtl/>
        </w:rPr>
      </w:pPr>
    </w:p>
    <w:p w14:paraId="43E3F30B" w14:textId="77777777" w:rsidR="005D1E15" w:rsidRDefault="005D1E15" w:rsidP="005D1E15">
      <w:pPr>
        <w:bidi/>
        <w:rPr>
          <w:rFonts w:cs="B Nazanin"/>
          <w:b/>
          <w:bCs/>
          <w:sz w:val="28"/>
          <w:szCs w:val="28"/>
          <w:rtl/>
        </w:rPr>
      </w:pPr>
    </w:p>
    <w:p w14:paraId="1C81A90E" w14:textId="1587914A" w:rsidR="005D1E15" w:rsidRDefault="005D1E15" w:rsidP="005D1E15">
      <w:pPr>
        <w:tabs>
          <w:tab w:val="left" w:pos="6969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sz w:val="28"/>
          <w:szCs w:val="28"/>
          <w:rtl/>
        </w:rPr>
        <w:tab/>
      </w:r>
    </w:p>
    <w:p w14:paraId="2A9CEF0A" w14:textId="66886C1B" w:rsidR="005D1E15" w:rsidRDefault="005D1E15" w:rsidP="005D1E15">
      <w:pPr>
        <w:tabs>
          <w:tab w:val="left" w:pos="6969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AA83668" wp14:editId="6B93F5C9">
                <wp:simplePos x="0" y="0"/>
                <wp:positionH relativeFrom="column">
                  <wp:posOffset>-922564</wp:posOffset>
                </wp:positionH>
                <wp:positionV relativeFrom="paragraph">
                  <wp:posOffset>-576943</wp:posOffset>
                </wp:positionV>
                <wp:extent cx="6781800" cy="9959884"/>
                <wp:effectExtent l="0" t="0" r="19050" b="2286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81800" cy="9959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B919ED" w14:textId="6C9547FE" w:rsidR="005D1E15" w:rsidRDefault="005D1E15">
                            <w:r w:rsidRPr="005D1E15">
                              <w:rPr>
                                <w:noProof/>
                              </w:rPr>
                              <w:drawing>
                                <wp:inline distT="0" distB="0" distL="0" distR="0" wp14:anchorId="6B2717BB" wp14:editId="206E2848">
                                  <wp:extent cx="6541316" cy="9404351"/>
                                  <wp:effectExtent l="0" t="0" r="0" b="6350"/>
                                  <wp:docPr id="2023956296" name="Picture 202395629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2480" t="2534" r="1039" b="1599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4777" cy="942370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83668" id="Text Box 13" o:spid="_x0000_s1028" type="#_x0000_t202" style="position:absolute;left:0;text-align:left;margin-left:-72.65pt;margin-top:-45.45pt;width:534pt;height:78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" fillcolor="white [3201]" strokeweight=".5pt">
                <v:textbox>
                  <w:txbxContent>
                    <w:p w14:paraId="0FB919ED" w14:textId="6C9547FE" w:rsidR="005D1E15" w:rsidRDefault="005D1E15">
                      <w:r w:rsidRPr="005D1E15">
                        <w:rPr>
                          <w:noProof/>
                        </w:rPr>
                        <w:drawing>
                          <wp:inline distT="0" distB="0" distL="0" distR="0" wp14:anchorId="6B2717BB" wp14:editId="206E2848">
                            <wp:extent cx="6541316" cy="9404351"/>
                            <wp:effectExtent l="0" t="0" r="0" b="6350"/>
                            <wp:docPr id="2023956296" name="Picture 202395629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2480" t="2534" r="1039" b="1599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6554777" cy="942370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1B124C7" w14:textId="67CB9E68" w:rsidR="000C5DCB" w:rsidRDefault="000C5DCB" w:rsidP="00585858">
      <w:pPr>
        <w:bidi/>
        <w:ind w:left="-270"/>
        <w:rPr>
          <w:rFonts w:cs="B Nazanin"/>
          <w:b/>
          <w:bCs/>
          <w:sz w:val="28"/>
          <w:szCs w:val="28"/>
          <w:rtl/>
        </w:rPr>
        <w:sectPr w:rsidR="000C5DCB" w:rsidSect="001D7177">
          <w:footerReference w:type="default" r:id="rId11"/>
          <w:pgSz w:w="11906" w:h="16838" w:code="9"/>
          <w:pgMar w:top="1440" w:right="1106" w:bottom="1440" w:left="2070" w:header="720" w:footer="72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  <w:docGrid w:linePitch="360"/>
        </w:sectPr>
      </w:pPr>
    </w:p>
    <w:tbl>
      <w:tblPr>
        <w:tblStyle w:val="TableGrid"/>
        <w:tblpPr w:leftFromText="180" w:rightFromText="180" w:horzAnchor="margin" w:tblpXSpec="center" w:tblpY="654"/>
        <w:bidiVisual/>
        <w:tblW w:w="9978" w:type="dxa"/>
        <w:tblLayout w:type="fixed"/>
        <w:tblLook w:val="01E0" w:firstRow="1" w:lastRow="1" w:firstColumn="1" w:lastColumn="1" w:noHBand="0" w:noVBand="0"/>
      </w:tblPr>
      <w:tblGrid>
        <w:gridCol w:w="5665"/>
        <w:gridCol w:w="4313"/>
      </w:tblGrid>
      <w:tr w:rsidR="000C5DCB" w:rsidRPr="001D7177" w14:paraId="240FC6D7" w14:textId="77777777" w:rsidTr="005D1E15">
        <w:trPr>
          <w:trHeight w:val="1337"/>
        </w:trPr>
        <w:tc>
          <w:tcPr>
            <w:tcW w:w="5665" w:type="dxa"/>
          </w:tcPr>
          <w:p w14:paraId="1E33A571" w14:textId="77777777" w:rsidR="000C5DCB" w:rsidRPr="001D7177" w:rsidRDefault="000C5DCB" w:rsidP="000C5DCB">
            <w:pPr>
              <w:bidi/>
              <w:ind w:right="162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CB8FA70" w14:textId="0F73E5CA" w:rsidR="000C5DCB" w:rsidRPr="001D7177" w:rsidRDefault="000C5DCB" w:rsidP="000C5DCB">
            <w:pPr>
              <w:bidi/>
              <w:ind w:right="162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نام و نام خانوادگی دانشجو : </w:t>
            </w:r>
            <w:r w:rsidRPr="001D71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320C4AB2" w14:textId="2788E573" w:rsidR="000C5DCB" w:rsidRPr="001D7177" w:rsidRDefault="000C5DCB" w:rsidP="005D1E15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شماره دانشجویی :       </w:t>
            </w:r>
          </w:p>
        </w:tc>
        <w:tc>
          <w:tcPr>
            <w:tcW w:w="4302" w:type="dxa"/>
          </w:tcPr>
          <w:p w14:paraId="1C9A51BA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673E15D9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سال و نیمسال اخذ پایان نامه :    </w:t>
            </w:r>
          </w:p>
          <w:p w14:paraId="53D91866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4A89D07A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C5DCB" w:rsidRPr="001D7177" w14:paraId="38DB7304" w14:textId="77777777" w:rsidTr="005D1E15">
        <w:trPr>
          <w:trHeight w:val="43"/>
        </w:trPr>
        <w:tc>
          <w:tcPr>
            <w:tcW w:w="9978" w:type="dxa"/>
            <w:gridSpan w:val="2"/>
          </w:tcPr>
          <w:p w14:paraId="1FBD365E" w14:textId="6C432DE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عنوان پایان نامه :   </w:t>
            </w:r>
          </w:p>
        </w:tc>
      </w:tr>
      <w:tr w:rsidR="000C5DCB" w:rsidRPr="001D7177" w14:paraId="3A35F5B3" w14:textId="77777777" w:rsidTr="005D1E15">
        <w:trPr>
          <w:trHeight w:val="1701"/>
        </w:trPr>
        <w:tc>
          <w:tcPr>
            <w:tcW w:w="5665" w:type="dxa"/>
          </w:tcPr>
          <w:p w14:paraId="5FC8E8E1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>تاریخ دفاع از پایان نامه :</w:t>
            </w:r>
            <w:r w:rsidRPr="001D7177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05A5286A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تعداد واحد پایان نامه :  </w:t>
            </w:r>
          </w:p>
        </w:tc>
        <w:tc>
          <w:tcPr>
            <w:tcW w:w="4302" w:type="dxa"/>
          </w:tcPr>
          <w:p w14:paraId="67E43E59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>نمره</w:t>
            </w:r>
            <w:r w:rsidRPr="001D7177">
              <w:rPr>
                <w:rFonts w:cs="B Nazanin"/>
                <w:sz w:val="28"/>
                <w:szCs w:val="28"/>
                <w:vertAlign w:val="superscript"/>
                <w:rtl/>
                <w:lang w:bidi="fa-IR"/>
              </w:rPr>
              <w:t>ء</w:t>
            </w: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 پایان نامه</w:t>
            </w:r>
            <w:r w:rsidRPr="001D7177">
              <w:rPr>
                <w:rFonts w:cs="B Nazanin"/>
                <w:sz w:val="28"/>
                <w:szCs w:val="28"/>
                <w:vertAlign w:val="superscript"/>
                <w:rtl/>
                <w:lang w:bidi="fa-IR"/>
              </w:rPr>
              <w:t>ء</w:t>
            </w: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 دانشجو به عدد :   </w:t>
            </w:r>
          </w:p>
          <w:p w14:paraId="2D3E6152" w14:textId="7F6162B2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 به حروف : </w:t>
            </w:r>
          </w:p>
          <w:p w14:paraId="4D285610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F7A8466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C5DCB" w:rsidRPr="001D7177" w14:paraId="20CECC40" w14:textId="77777777" w:rsidTr="005D1E15">
        <w:trPr>
          <w:trHeight w:val="4586"/>
        </w:trPr>
        <w:tc>
          <w:tcPr>
            <w:tcW w:w="9978" w:type="dxa"/>
            <w:gridSpan w:val="2"/>
          </w:tcPr>
          <w:p w14:paraId="33355A1D" w14:textId="3554C0C4" w:rsidR="000C5DCB" w:rsidRPr="001D7177" w:rsidRDefault="000C5DCB" w:rsidP="000C5DCB">
            <w:pPr>
              <w:bidi/>
              <w:ind w:right="162"/>
              <w:rPr>
                <w:rFonts w:cs="B Nazanin"/>
                <w:b/>
                <w:bCs/>
                <w:sz w:val="28"/>
                <w:szCs w:val="28"/>
              </w:rPr>
            </w:pPr>
            <w:r w:rsidRPr="001D7177">
              <w:rPr>
                <w:rFonts w:cs="B Nazanin"/>
                <w:b/>
                <w:bCs/>
                <w:sz w:val="28"/>
                <w:szCs w:val="28"/>
                <w:rtl/>
              </w:rPr>
              <w:t>چكيده پايان نامه (شامل خلاصه، اهداف، روشهاي اجرا و نتايج به دست آمده)</w:t>
            </w:r>
          </w:p>
        </w:tc>
      </w:tr>
      <w:tr w:rsidR="000C5DCB" w:rsidRPr="001D7177" w14:paraId="016059E7" w14:textId="77777777" w:rsidTr="001D7177">
        <w:trPr>
          <w:trHeight w:val="4460"/>
        </w:trPr>
        <w:tc>
          <w:tcPr>
            <w:tcW w:w="9978" w:type="dxa"/>
            <w:gridSpan w:val="2"/>
          </w:tcPr>
          <w:p w14:paraId="387E7231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70963E43" w14:textId="77777777" w:rsidR="006F22CE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>توجه:</w:t>
            </w:r>
          </w:p>
          <w:p w14:paraId="65EF8B74" w14:textId="716B59A8" w:rsidR="000C5DCB" w:rsidRPr="001D7177" w:rsidRDefault="000C5DCB" w:rsidP="006F22CE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 w:hint="cs"/>
                <w:sz w:val="28"/>
                <w:szCs w:val="28"/>
                <w:rtl/>
                <w:lang w:bidi="fa-IR"/>
              </w:rPr>
              <w:t>۱</w:t>
            </w: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 . این فرم باید تایپ شده تحویل داده شود.</w:t>
            </w:r>
          </w:p>
          <w:p w14:paraId="31C5D02F" w14:textId="3E5B7DF7" w:rsidR="000C5DCB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>٢ . چکیده</w:t>
            </w:r>
            <w:r w:rsidRPr="001D7177">
              <w:rPr>
                <w:rFonts w:cs="B Nazanin"/>
                <w:sz w:val="28"/>
                <w:szCs w:val="28"/>
                <w:vertAlign w:val="superscript"/>
                <w:rtl/>
                <w:lang w:bidi="fa-IR"/>
              </w:rPr>
              <w:t>ء</w:t>
            </w: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 فوق، همان چکیده</w:t>
            </w:r>
            <w:r w:rsidRPr="001D7177">
              <w:rPr>
                <w:rFonts w:cs="B Nazanin"/>
                <w:sz w:val="28"/>
                <w:szCs w:val="28"/>
                <w:vertAlign w:val="superscript"/>
                <w:rtl/>
                <w:lang w:bidi="fa-IR"/>
              </w:rPr>
              <w:t>ء</w:t>
            </w:r>
            <w:r w:rsidRPr="001D7177">
              <w:rPr>
                <w:rFonts w:cs="B Nazanin"/>
                <w:sz w:val="28"/>
                <w:szCs w:val="28"/>
                <w:rtl/>
                <w:lang w:bidi="fa-IR"/>
              </w:rPr>
              <w:t xml:space="preserve"> داخل پایان نامه است.</w:t>
            </w:r>
          </w:p>
          <w:p w14:paraId="77C2BBEB" w14:textId="77777777" w:rsidR="001D7177" w:rsidRDefault="001D7177" w:rsidP="001D7177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1A221438" w14:textId="77777777" w:rsidR="001D7177" w:rsidRPr="001D7177" w:rsidRDefault="001D7177" w:rsidP="001D7177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0CD07C42" w14:textId="77777777" w:rsidR="000C5DCB" w:rsidRPr="001D7177" w:rsidRDefault="000C5DCB" w:rsidP="000C5DCB">
            <w:pPr>
              <w:bidi/>
              <w:ind w:right="162"/>
              <w:jc w:val="lowKashida"/>
              <w:rPr>
                <w:rFonts w:cs="B Nazanin"/>
                <w:sz w:val="28"/>
                <w:szCs w:val="28"/>
                <w:rtl/>
                <w:lang w:bidi="fa-IR"/>
              </w:rPr>
            </w:pPr>
          </w:p>
          <w:p w14:paraId="353BBA02" w14:textId="77777777" w:rsidR="000C5DCB" w:rsidRPr="001D7177" w:rsidRDefault="000C5DCB" w:rsidP="000C5DCB">
            <w:pPr>
              <w:bidi/>
              <w:ind w:right="162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نام و نام خانوادگی استاد راهنما                    نام و نام خانوادگی استاد داور                   نام و نام خانوادگی مدیر گروه       </w:t>
            </w:r>
          </w:p>
          <w:p w14:paraId="4F5BA3E3" w14:textId="77777777" w:rsidR="000C5DCB" w:rsidRPr="001D7177" w:rsidRDefault="000C5DCB" w:rsidP="000C5DCB">
            <w:pPr>
              <w:bidi/>
              <w:ind w:right="162"/>
              <w:rPr>
                <w:rFonts w:cs="B Nazanin"/>
                <w:sz w:val="8"/>
                <w:szCs w:val="8"/>
                <w:rtl/>
                <w:lang w:bidi="fa-IR"/>
              </w:rPr>
            </w:pPr>
          </w:p>
          <w:p w14:paraId="09AB080C" w14:textId="4ED83135" w:rsidR="000C5DCB" w:rsidRPr="001D7177" w:rsidRDefault="000C5DCB" w:rsidP="000C5DCB">
            <w:pPr>
              <w:bidi/>
              <w:ind w:right="162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</w:t>
            </w:r>
            <w:r w:rsidRPr="001D71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امضاء</w:t>
            </w:r>
            <w:r w:rsidRP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</w:t>
            </w:r>
            <w:r w:rsid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</w:t>
            </w:r>
            <w:r w:rsidRP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</w:t>
            </w:r>
            <w:r w:rsidRPr="001D71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امضاء</w:t>
            </w:r>
            <w:r w:rsidRP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</w:t>
            </w:r>
            <w:r w:rsidR="001D7177" w:rsidRP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</w:t>
            </w:r>
            <w:r w:rsidRPr="001D7177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</w:t>
            </w:r>
            <w:r w:rsidRPr="001D717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امضاء</w:t>
            </w:r>
          </w:p>
        </w:tc>
      </w:tr>
    </w:tbl>
    <w:p w14:paraId="5284BFE9" w14:textId="49C34215" w:rsidR="00585858" w:rsidRDefault="00585858" w:rsidP="00585858">
      <w:pPr>
        <w:bidi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09786F" wp14:editId="2C81D506">
                <wp:simplePos x="0" y="0"/>
                <wp:positionH relativeFrom="column">
                  <wp:posOffset>5045710</wp:posOffset>
                </wp:positionH>
                <wp:positionV relativeFrom="paragraph">
                  <wp:posOffset>-400343</wp:posOffset>
                </wp:positionV>
                <wp:extent cx="626012" cy="675249"/>
                <wp:effectExtent l="0" t="0" r="3175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012" cy="6752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BCFFED" w14:textId="5E497018" w:rsidR="00585858" w:rsidRDefault="00585858">
                            <w:r w:rsidRPr="00585858">
                              <w:rPr>
                                <w:rFonts w:ascii="Times New Roman" w:eastAsia="Times New Roman" w:hAnsi="Times New Roman" w:cs="Traditional Arabic"/>
                                <w:noProof/>
                                <w:sz w:val="20"/>
                                <w:szCs w:val="24"/>
                              </w:rPr>
                              <w:drawing>
                                <wp:inline distT="0" distB="0" distL="0" distR="0" wp14:anchorId="637FF812" wp14:editId="06F929AF">
                                  <wp:extent cx="477520" cy="577215"/>
                                  <wp:effectExtent l="0" t="0" r="0" b="0"/>
                                  <wp:docPr id="726508250" name="Picture 726508250" descr="Ardakan-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Ardakan-Logo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79306" cy="5793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09786F" id="Text Box 3" o:spid="_x0000_s1029" type="#_x0000_t202" style="position:absolute;left:0;text-align:left;margin-left:397.3pt;margin-top:-31.5pt;width:49.3pt;height:53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" fillcolor="white [3201]" stroked="f" strokeweight=".5pt">
                <v:textbox>
                  <w:txbxContent>
                    <w:p w14:paraId="14BCFFED" w14:textId="5E497018" w:rsidR="00585858" w:rsidRDefault="00585858">
                      <w:r w:rsidRPr="00585858">
                        <w:rPr>
                          <w:rFonts w:ascii="Times New Roman" w:eastAsia="Times New Roman" w:hAnsi="Times New Roman" w:cs="Traditional Arabic"/>
                          <w:noProof/>
                          <w:sz w:val="20"/>
                          <w:szCs w:val="24"/>
                        </w:rPr>
                        <w:drawing>
                          <wp:inline distT="0" distB="0" distL="0" distR="0" wp14:anchorId="637FF812" wp14:editId="06F929AF">
                            <wp:extent cx="477520" cy="577215"/>
                            <wp:effectExtent l="0" t="0" r="0" b="0"/>
                            <wp:docPr id="726508250" name="Picture 726508250" descr="Ardakan-Log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Ardakan-Logo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79306" cy="5793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cs="B Nazanin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15CAE0" wp14:editId="0BD600F4">
                <wp:simplePos x="0" y="0"/>
                <wp:positionH relativeFrom="column">
                  <wp:posOffset>-496765</wp:posOffset>
                </wp:positionH>
                <wp:positionV relativeFrom="paragraph">
                  <wp:posOffset>-464234</wp:posOffset>
                </wp:positionV>
                <wp:extent cx="6231401" cy="783346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1401" cy="7833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5823C9" w14:textId="77777777" w:rsidR="00585858" w:rsidRPr="005D1E15" w:rsidRDefault="00585858" w:rsidP="00585858">
                            <w:pPr>
                              <w:jc w:val="center"/>
                              <w:rPr>
                                <w:rFonts w:ascii="Calibri" w:hAnsi="Calibri" w:cs="B Mitra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5D1E15">
                              <w:rPr>
                                <w:rFonts w:ascii="Calibri" w:hAnsi="Calibri"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 w:rsidRPr="005D1E15">
                              <w:rPr>
                                <w:rFonts w:ascii="Calibri" w:hAnsi="Calibri" w:cs="B Mitra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بسمه تعالي</w:t>
                            </w:r>
                          </w:p>
                          <w:p w14:paraId="1C8D321F" w14:textId="77777777" w:rsidR="00585858" w:rsidRPr="005D1E15" w:rsidRDefault="00585858" w:rsidP="00585858">
                            <w:pPr>
                              <w:jc w:val="center"/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fa-IR"/>
                              </w:rPr>
                            </w:pPr>
                            <w:r w:rsidRPr="005D1E15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fa-IR"/>
                              </w:rPr>
                              <w:t xml:space="preserve">فرم </w:t>
                            </w:r>
                            <w:r w:rsidRPr="005D1E15">
                              <w:rPr>
                                <w:rFonts w:cs="B Nazanin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fa-IR"/>
                              </w:rPr>
                              <w:t xml:space="preserve">چکیده </w:t>
                            </w:r>
                            <w:r w:rsidRPr="005D1E15">
                              <w:rPr>
                                <w:rFonts w:cs="B Nazanin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  <w:lang w:bidi="fa-IR"/>
                              </w:rPr>
                              <w:t xml:space="preserve">پایان نامه های کارشناسی </w:t>
                            </w:r>
                          </w:p>
                          <w:p w14:paraId="6FC88DC0" w14:textId="77777777" w:rsidR="00585858" w:rsidRPr="005D1739" w:rsidRDefault="00585858" w:rsidP="00585858">
                            <w:pPr>
                              <w:jc w:val="lowKashida"/>
                              <w:rPr>
                                <w:rFonts w:ascii="Calibri" w:hAnsi="Calibri" w:cs="B Mitr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15CAE0" id="Text Box 2" o:spid="_x0000_s1030" type="#_x0000_t202" style="position:absolute;left:0;text-align:left;margin-left:-39.1pt;margin-top:-36.55pt;width:490.65pt;height:6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" stroked="f">
                <v:textbox>
                  <w:txbxContent>
                    <w:p w14:paraId="655823C9" w14:textId="77777777" w:rsidR="00585858" w:rsidRPr="005D1E15" w:rsidRDefault="00585858" w:rsidP="00585858">
                      <w:pPr>
                        <w:jc w:val="center"/>
                        <w:rPr>
                          <w:rFonts w:ascii="Calibri" w:hAnsi="Calibri" w:cs="B Mitra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5D1E15">
                        <w:rPr>
                          <w:rFonts w:ascii="Calibri" w:hAnsi="Calibri" w:cs="B Mitra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 w:rsidRPr="005D1E15">
                        <w:rPr>
                          <w:rFonts w:ascii="Calibri" w:hAnsi="Calibri" w:cs="B Mitra" w:hint="cs"/>
                          <w:b/>
                          <w:bCs/>
                          <w:sz w:val="28"/>
                          <w:szCs w:val="28"/>
                          <w:rtl/>
                        </w:rPr>
                        <w:t>بسمه تعالي</w:t>
                      </w:r>
                    </w:p>
                    <w:p w14:paraId="1C8D321F" w14:textId="77777777" w:rsidR="00585858" w:rsidRPr="005D1E15" w:rsidRDefault="00585858" w:rsidP="00585858">
                      <w:pPr>
                        <w:jc w:val="center"/>
                        <w:rPr>
                          <w:rFonts w:cs="B Nazanin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fa-IR"/>
                        </w:rPr>
                      </w:pPr>
                      <w:r w:rsidRPr="005D1E15">
                        <w:rPr>
                          <w:rFonts w:cs="B Nazanin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fa-IR"/>
                        </w:rPr>
                        <w:t xml:space="preserve">فرم </w:t>
                      </w:r>
                      <w:r w:rsidRPr="005D1E15">
                        <w:rPr>
                          <w:rFonts w:cs="B Nazanin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fa-IR"/>
                        </w:rPr>
                        <w:t xml:space="preserve">چکیده </w:t>
                      </w:r>
                      <w:r w:rsidRPr="005D1E15">
                        <w:rPr>
                          <w:rFonts w:cs="B Nazanin"/>
                          <w:b/>
                          <w:bCs/>
                          <w:sz w:val="28"/>
                          <w:szCs w:val="28"/>
                          <w:u w:val="single"/>
                          <w:rtl/>
                          <w:lang w:bidi="fa-IR"/>
                        </w:rPr>
                        <w:t xml:space="preserve">پایان نامه های کارشناسی </w:t>
                      </w:r>
                    </w:p>
                    <w:p w14:paraId="6FC88DC0" w14:textId="77777777" w:rsidR="00585858" w:rsidRPr="005D1739" w:rsidRDefault="00585858" w:rsidP="00585858">
                      <w:pPr>
                        <w:jc w:val="lowKashida"/>
                        <w:rPr>
                          <w:rFonts w:ascii="Calibri" w:hAnsi="Calibri" w:cs="B Mitr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7161D6E" w14:textId="77777777" w:rsidR="001D7177" w:rsidRDefault="001D7177" w:rsidP="00D51882">
      <w:pPr>
        <w:bidi/>
        <w:rPr>
          <w:rFonts w:cs="B Nazanin"/>
          <w:sz w:val="28"/>
          <w:szCs w:val="28"/>
          <w:rtl/>
        </w:rPr>
        <w:sectPr w:rsidR="001D7177" w:rsidSect="001D7177">
          <w:pgSz w:w="11906" w:h="16838" w:code="9"/>
          <w:pgMar w:top="1440" w:right="1800" w:bottom="1440" w:left="1890" w:header="720" w:footer="720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20"/>
          <w:docGrid w:linePitch="360"/>
        </w:sectPr>
      </w:pPr>
    </w:p>
    <w:p w14:paraId="72601C5F" w14:textId="77777777" w:rsidR="001D7177" w:rsidRPr="007C28E8" w:rsidRDefault="001D7177" w:rsidP="001D7177">
      <w:pPr>
        <w:rPr>
          <w:rFonts w:cs="B Nazanin"/>
          <w:sz w:val="28"/>
          <w:rtl/>
          <w:lang w:bidi="fa-IR"/>
        </w:rPr>
      </w:pPr>
    </w:p>
    <w:p w14:paraId="6C2D5E39" w14:textId="77777777" w:rsidR="001D7177" w:rsidRDefault="001D7177" w:rsidP="001D7177">
      <w:pPr>
        <w:bidi/>
        <w:jc w:val="center"/>
        <w:rPr>
          <w:rFonts w:ascii="IranNastaliq" w:hAnsi="IranNastaliq" w:cs="B Nazanin"/>
          <w:sz w:val="28"/>
          <w:lang w:bidi="fa-IR"/>
        </w:rPr>
      </w:pPr>
      <w:r w:rsidRPr="00C553C6">
        <w:rPr>
          <w:rFonts w:ascii="IranNastaliq" w:hAnsi="IranNastaliq" w:cs="IranNastaliq"/>
          <w:sz w:val="72"/>
          <w:szCs w:val="72"/>
          <w:rtl/>
          <w:lang w:bidi="fa-IR"/>
        </w:rPr>
        <w:t>تشکر</w:t>
      </w:r>
      <w:r>
        <w:rPr>
          <w:rFonts w:ascii="IranNastaliq" w:hAnsi="IranNastaliq" w:cs="IranNastaliq" w:hint="cs"/>
          <w:sz w:val="72"/>
          <w:szCs w:val="72"/>
          <w:rtl/>
          <w:lang w:bidi="fa-IR"/>
        </w:rPr>
        <w:t xml:space="preserve"> </w:t>
      </w:r>
      <w:r w:rsidRPr="00C553C6">
        <w:rPr>
          <w:rFonts w:ascii="IranNastaliq" w:hAnsi="IranNastaliq" w:cs="IranNastaliq"/>
          <w:sz w:val="72"/>
          <w:szCs w:val="72"/>
          <w:rtl/>
          <w:lang w:bidi="fa-IR"/>
        </w:rPr>
        <w:t xml:space="preserve"> و</w:t>
      </w:r>
      <w:r>
        <w:rPr>
          <w:rFonts w:ascii="IranNastaliq" w:hAnsi="IranNastaliq" w:cs="IranNastaliq" w:hint="cs"/>
          <w:sz w:val="72"/>
          <w:szCs w:val="72"/>
          <w:rtl/>
          <w:lang w:bidi="fa-IR"/>
        </w:rPr>
        <w:t xml:space="preserve">  </w:t>
      </w:r>
      <w:r w:rsidRPr="00C553C6">
        <w:rPr>
          <w:rFonts w:ascii="IranNastaliq" w:hAnsi="IranNastaliq" w:cs="IranNastaliq"/>
          <w:sz w:val="72"/>
          <w:szCs w:val="72"/>
          <w:rtl/>
          <w:lang w:bidi="fa-IR"/>
        </w:rPr>
        <w:t xml:space="preserve"> قدردانی:</w:t>
      </w:r>
    </w:p>
    <w:p w14:paraId="23849856" w14:textId="77777777" w:rsidR="001D7177" w:rsidRPr="00C55AC5" w:rsidRDefault="001D7177" w:rsidP="001D7177">
      <w:pPr>
        <w:bidi/>
        <w:jc w:val="center"/>
        <w:rPr>
          <w:rFonts w:ascii="IranNastaliq" w:hAnsi="IranNastaliq" w:cs="B Nazanin"/>
          <w:sz w:val="28"/>
          <w:lang w:bidi="fa-IR"/>
        </w:rPr>
      </w:pPr>
    </w:p>
    <w:p w14:paraId="30D4D6D0" w14:textId="77777777" w:rsidR="001D7177" w:rsidRDefault="001D7177" w:rsidP="001D7177">
      <w:pPr>
        <w:bidi/>
        <w:rPr>
          <w:rFonts w:ascii="IranNastaliq" w:hAnsi="IranNastaliq" w:cs="IranNastaliq"/>
          <w:sz w:val="72"/>
          <w:szCs w:val="72"/>
          <w:rtl/>
          <w:lang w:bidi="fa-IR"/>
        </w:rPr>
      </w:pPr>
    </w:p>
    <w:p w14:paraId="7041AC8C" w14:textId="77777777" w:rsidR="001D7177" w:rsidRDefault="001D7177" w:rsidP="001D7177">
      <w:pPr>
        <w:bidi/>
        <w:rPr>
          <w:rFonts w:ascii="IranNastaliq" w:hAnsi="IranNastaliq" w:cs="IranNastaliq"/>
          <w:sz w:val="72"/>
          <w:szCs w:val="72"/>
          <w:lang w:bidi="fa-IR"/>
        </w:rPr>
      </w:pPr>
    </w:p>
    <w:p w14:paraId="22855F89" w14:textId="77777777" w:rsidR="001D7177" w:rsidRDefault="001D7177" w:rsidP="001D7177">
      <w:pPr>
        <w:bidi/>
        <w:rPr>
          <w:rFonts w:ascii="IranNastaliq" w:hAnsi="IranNastaliq" w:cs="IranNastaliq"/>
          <w:sz w:val="72"/>
          <w:szCs w:val="72"/>
          <w:lang w:bidi="fa-IR"/>
        </w:rPr>
      </w:pPr>
    </w:p>
    <w:p w14:paraId="71AEDB2A" w14:textId="77777777" w:rsidR="001D7177" w:rsidRPr="00C553C6" w:rsidRDefault="001D7177" w:rsidP="001D7177">
      <w:pPr>
        <w:bidi/>
        <w:rPr>
          <w:rFonts w:ascii="IranNastaliq" w:hAnsi="IranNastaliq" w:cs="IranNastaliq"/>
          <w:sz w:val="72"/>
          <w:szCs w:val="72"/>
          <w:rtl/>
          <w:lang w:bidi="fa-IR"/>
        </w:rPr>
      </w:pPr>
    </w:p>
    <w:p w14:paraId="5C1AD6A3" w14:textId="77777777" w:rsidR="001D7177" w:rsidRPr="007C28E8" w:rsidRDefault="001D7177" w:rsidP="001D7177">
      <w:pPr>
        <w:bidi/>
        <w:jc w:val="lowKashida"/>
        <w:rPr>
          <w:rFonts w:cs="B Nazanin"/>
          <w:rtl/>
          <w:lang w:val="en-GB" w:bidi="fa-IR"/>
        </w:rPr>
      </w:pPr>
    </w:p>
    <w:p w14:paraId="0CA91923" w14:textId="77777777" w:rsidR="001D7177" w:rsidRPr="007C28E8" w:rsidRDefault="001D7177" w:rsidP="001D7177">
      <w:pPr>
        <w:bidi/>
        <w:jc w:val="lowKashida"/>
        <w:rPr>
          <w:rFonts w:cs="B Nazanin"/>
          <w:rtl/>
          <w:lang w:val="en-GB" w:bidi="fa-IR"/>
        </w:rPr>
      </w:pPr>
    </w:p>
    <w:p w14:paraId="4E361919" w14:textId="77777777" w:rsidR="001D7177" w:rsidRPr="00F72A11" w:rsidRDefault="001D7177" w:rsidP="001D7177">
      <w:pPr>
        <w:jc w:val="lowKashida"/>
        <w:rPr>
          <w:rFonts w:cs="B Nazanin"/>
          <w:lang w:bidi="fa-IR"/>
        </w:rPr>
      </w:pPr>
    </w:p>
    <w:p w14:paraId="0C6DB591" w14:textId="77777777" w:rsidR="001D7177" w:rsidRPr="007C28E8" w:rsidRDefault="001D7177" w:rsidP="001D7177">
      <w:pPr>
        <w:jc w:val="lowKashida"/>
        <w:rPr>
          <w:rFonts w:cs="B Nazanin"/>
          <w:rtl/>
          <w:lang w:bidi="fa-IR"/>
        </w:rPr>
      </w:pPr>
    </w:p>
    <w:p w14:paraId="67DB3B36" w14:textId="77777777" w:rsidR="001D7177" w:rsidRPr="007C28E8" w:rsidRDefault="001D7177" w:rsidP="001D7177">
      <w:pPr>
        <w:jc w:val="lowKashida"/>
        <w:rPr>
          <w:rFonts w:cs="B Nazanin"/>
          <w:rtl/>
          <w:lang w:bidi="fa-IR"/>
        </w:rPr>
      </w:pPr>
    </w:p>
    <w:p w14:paraId="607B8804" w14:textId="77777777" w:rsidR="001D7177" w:rsidRDefault="001D7177" w:rsidP="001D7177">
      <w:pPr>
        <w:jc w:val="lowKashida"/>
        <w:rPr>
          <w:rFonts w:cs="B Nazanin"/>
          <w:lang w:bidi="fa-IR"/>
        </w:rPr>
      </w:pPr>
    </w:p>
    <w:p w14:paraId="7E1DF5E3" w14:textId="77777777" w:rsidR="001D7177" w:rsidRDefault="001D7177" w:rsidP="001D7177">
      <w:pPr>
        <w:jc w:val="lowKashida"/>
        <w:rPr>
          <w:rFonts w:cs="B Nazanin"/>
          <w:lang w:bidi="fa-IR"/>
        </w:rPr>
      </w:pPr>
    </w:p>
    <w:p w14:paraId="75BC33EA" w14:textId="4828ED1E" w:rsidR="001D7177" w:rsidRPr="001D7177" w:rsidRDefault="001D7177" w:rsidP="001D7177">
      <w:pPr>
        <w:jc w:val="right"/>
        <w:rPr>
          <w:rFonts w:cs="B Zar"/>
          <w:b/>
          <w:bCs/>
          <w:color w:val="000000"/>
          <w:sz w:val="36"/>
          <w:szCs w:val="28"/>
        </w:rPr>
      </w:pPr>
      <w:r w:rsidRPr="001D7177">
        <w:rPr>
          <w:rFonts w:cs="B Zar" w:hint="cs"/>
          <w:b/>
          <w:bCs/>
          <w:color w:val="000000"/>
          <w:sz w:val="36"/>
          <w:szCs w:val="28"/>
          <w:rtl/>
        </w:rPr>
        <w:lastRenderedPageBreak/>
        <w:t>عنوان</w:t>
      </w:r>
      <w:r w:rsidR="00F262BE">
        <w:rPr>
          <w:rFonts w:cs="B Zar" w:hint="cs"/>
          <w:b/>
          <w:bCs/>
          <w:color w:val="000000"/>
          <w:sz w:val="36"/>
          <w:szCs w:val="28"/>
          <w:rtl/>
          <w:lang w:bidi="fa-IR"/>
        </w:rPr>
        <w:t xml:space="preserve"> پروژه</w:t>
      </w:r>
      <w:r w:rsidRPr="001D7177">
        <w:rPr>
          <w:rFonts w:cs="B Zar" w:hint="cs"/>
          <w:b/>
          <w:bCs/>
          <w:color w:val="000000"/>
          <w:sz w:val="36"/>
          <w:szCs w:val="28"/>
          <w:rtl/>
        </w:rPr>
        <w:t>...........................................................</w:t>
      </w:r>
    </w:p>
    <w:p w14:paraId="254B90A5" w14:textId="6D78EEA7" w:rsidR="001D7177" w:rsidRDefault="001D7177" w:rsidP="001D7177">
      <w:pPr>
        <w:jc w:val="right"/>
        <w:rPr>
          <w:rFonts w:cs="B Zar"/>
          <w:b/>
          <w:bCs/>
          <w:color w:val="000000"/>
          <w:sz w:val="32"/>
          <w:szCs w:val="24"/>
          <w:rtl/>
        </w:rPr>
      </w:pPr>
      <w:r w:rsidRPr="001D7177">
        <w:rPr>
          <w:rFonts w:cs="B Zar" w:hint="cs"/>
          <w:b/>
          <w:bCs/>
          <w:color w:val="000000"/>
          <w:sz w:val="32"/>
          <w:szCs w:val="24"/>
          <w:rtl/>
        </w:rPr>
        <w:t>چکیده</w:t>
      </w:r>
    </w:p>
    <w:p w14:paraId="5BC96E12" w14:textId="77777777" w:rsidR="00F262BE" w:rsidRPr="001D7177" w:rsidRDefault="00F262BE" w:rsidP="00F262BE">
      <w:pPr>
        <w:jc w:val="center"/>
        <w:rPr>
          <w:rFonts w:cs="B Zar"/>
          <w:b/>
          <w:bCs/>
          <w:color w:val="000000"/>
          <w:sz w:val="32"/>
          <w:szCs w:val="24"/>
          <w:rtl/>
          <w:lang w:bidi="fa-IR"/>
        </w:rPr>
      </w:pPr>
    </w:p>
    <w:p w14:paraId="1FDD015D" w14:textId="77777777" w:rsidR="001D7177" w:rsidRDefault="001D7177" w:rsidP="001D7177">
      <w:pPr>
        <w:bidi/>
        <w:outlineLvl w:val="0"/>
        <w:rPr>
          <w:rFonts w:cs="B Nazanin"/>
          <w:color w:val="000000"/>
          <w:sz w:val="28"/>
          <w:rtl/>
        </w:rPr>
        <w:sectPr w:rsidR="001D7177" w:rsidSect="001D7177">
          <w:footnotePr>
            <w:numRestart w:val="eachPage"/>
          </w:footnotePr>
          <w:pgSz w:w="11906" w:h="16838"/>
          <w:pgMar w:top="1701" w:right="1701" w:bottom="1134" w:left="1134" w:header="709" w:footer="709" w:gutter="0"/>
          <w:pgBorders w:offsetFrom="page">
            <w:top w:val="single" w:sz="18" w:space="24" w:color="auto"/>
            <w:left w:val="single" w:sz="18" w:space="24" w:color="auto"/>
            <w:bottom w:val="single" w:sz="18" w:space="24" w:color="auto"/>
            <w:right w:val="single" w:sz="18" w:space="24" w:color="auto"/>
          </w:pgBorders>
          <w:cols w:space="708"/>
          <w:bidi/>
          <w:rtlGutter/>
          <w:docGrid w:linePitch="360"/>
        </w:sectPr>
      </w:pPr>
    </w:p>
    <w:p w14:paraId="55B47673" w14:textId="77777777" w:rsidR="001D7177" w:rsidRPr="00774BF1" w:rsidRDefault="001D7177" w:rsidP="001D7177">
      <w:pPr>
        <w:bidi/>
        <w:jc w:val="center"/>
        <w:outlineLvl w:val="0"/>
        <w:rPr>
          <w:rFonts w:cs="B Nazanin"/>
          <w:b/>
          <w:bCs/>
          <w:sz w:val="28"/>
          <w:rtl/>
        </w:rPr>
      </w:pPr>
      <w:r w:rsidRPr="00774BF1">
        <w:rPr>
          <w:rFonts w:cs="B Nazanin" w:hint="cs"/>
          <w:b/>
          <w:bCs/>
          <w:sz w:val="28"/>
          <w:rtl/>
        </w:rPr>
        <w:lastRenderedPageBreak/>
        <w:t>فهرست مطالب</w:t>
      </w:r>
    </w:p>
    <w:p w14:paraId="7E20ED7F" w14:textId="77777777" w:rsidR="001D7177" w:rsidRPr="00774BF1" w:rsidRDefault="001D7177" w:rsidP="001D7177">
      <w:pPr>
        <w:pBdr>
          <w:bottom w:val="single" w:sz="8" w:space="1" w:color="auto"/>
        </w:pBdr>
        <w:tabs>
          <w:tab w:val="center" w:pos="7073"/>
        </w:tabs>
        <w:bidi/>
        <w:jc w:val="both"/>
        <w:outlineLvl w:val="0"/>
        <w:rPr>
          <w:rFonts w:cs="B Nazanin"/>
          <w:b/>
          <w:bCs/>
          <w:sz w:val="20"/>
          <w:szCs w:val="20"/>
          <w:rtl/>
        </w:rPr>
      </w:pPr>
      <w:r w:rsidRPr="00AF4D58">
        <w:rPr>
          <w:rFonts w:cs="B Nazanin" w:hint="cs"/>
          <w:b/>
          <w:bCs/>
          <w:rtl/>
        </w:rPr>
        <w:t xml:space="preserve">عنوان </w:t>
      </w:r>
      <w:r w:rsidRPr="00774BF1">
        <w:rPr>
          <w:rFonts w:cs="B Nazanin"/>
          <w:b/>
          <w:bCs/>
          <w:sz w:val="20"/>
          <w:szCs w:val="20"/>
          <w:rtl/>
        </w:rPr>
        <w:tab/>
      </w:r>
      <w:r>
        <w:rPr>
          <w:rFonts w:cs="B Nazanin" w:hint="cs"/>
          <w:b/>
          <w:bCs/>
          <w:sz w:val="20"/>
          <w:szCs w:val="20"/>
          <w:rtl/>
        </w:rPr>
        <w:t xml:space="preserve">                                                                        </w:t>
      </w:r>
      <w:r w:rsidRPr="00AF4D58">
        <w:rPr>
          <w:rFonts w:cs="B Nazanin" w:hint="cs"/>
          <w:b/>
          <w:bCs/>
          <w:rtl/>
        </w:rPr>
        <w:t>صفحه</w:t>
      </w:r>
    </w:p>
    <w:p w14:paraId="50441127" w14:textId="77777777" w:rsidR="001D7177" w:rsidRPr="00AF4D58" w:rsidRDefault="001D7177" w:rsidP="001D7177">
      <w:pPr>
        <w:tabs>
          <w:tab w:val="left" w:pos="4001"/>
        </w:tabs>
        <w:bidi/>
        <w:rPr>
          <w:rFonts w:cs="B Nazanin"/>
          <w:sz w:val="2"/>
          <w:szCs w:val="2"/>
          <w:rtl/>
          <w:lang w:bidi="fa-IR"/>
        </w:rPr>
      </w:pPr>
    </w:p>
    <w:p w14:paraId="060F83AF" w14:textId="6AF10E9E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879EB61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46BECA7A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318248E3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342CEB0A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0318B09F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5A0DC3F9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4C1E5214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1FC2A493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21C40C12" w14:textId="77777777" w:rsidR="001D7177" w:rsidRDefault="001D7177" w:rsidP="001D7177">
      <w:pPr>
        <w:bidi/>
        <w:rPr>
          <w:rFonts w:cs="B Nazanin"/>
          <w:sz w:val="28"/>
          <w:szCs w:val="28"/>
          <w:rtl/>
        </w:rPr>
      </w:pPr>
    </w:p>
    <w:p w14:paraId="7A841667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A8D799D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EEBF11C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3E45447F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74368FD4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2B336A0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76EADD3A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F08F59C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6E89EE7E" w14:textId="77777777" w:rsidR="001D7177" w:rsidRDefault="001D7177" w:rsidP="00D51882">
      <w:pPr>
        <w:bidi/>
        <w:rPr>
          <w:rFonts w:ascii="IranNastaliq" w:hAnsi="IranNastaliq" w:cs="IranNastaliq"/>
          <w:b/>
          <w:bCs/>
          <w:sz w:val="96"/>
          <w:szCs w:val="96"/>
        </w:rPr>
      </w:pPr>
    </w:p>
    <w:p w14:paraId="16DEE2FD" w14:textId="77777777" w:rsidR="00802446" w:rsidRDefault="00802446" w:rsidP="00802446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2D1B072D" w14:textId="790FCF20" w:rsidR="00D51882" w:rsidRDefault="00D51882" w:rsidP="001D7177">
      <w:pPr>
        <w:bidi/>
        <w:rPr>
          <w:rFonts w:cs="B Nazanin"/>
          <w:b/>
          <w:bCs/>
          <w:sz w:val="28"/>
          <w:szCs w:val="28"/>
        </w:rPr>
      </w:pPr>
      <w:r w:rsidRPr="00076C84">
        <w:rPr>
          <w:rFonts w:ascii="IranNastaliq" w:hAnsi="IranNastaliq" w:cs="IranNastaliq"/>
          <w:b/>
          <w:bCs/>
          <w:sz w:val="96"/>
          <w:szCs w:val="96"/>
          <w:rtl/>
        </w:rPr>
        <w:t>فصل اول</w:t>
      </w:r>
    </w:p>
    <w:p w14:paraId="1FE9A9F3" w14:textId="5175BE86" w:rsidR="00D51882" w:rsidRDefault="00D51882" w:rsidP="00D51882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  <w:r w:rsidRPr="00076C84">
        <w:rPr>
          <w:rFonts w:ascii="IranNastaliq" w:hAnsi="IranNastaliq" w:cs="IranNastaliq"/>
          <w:b/>
          <w:bCs/>
          <w:sz w:val="56"/>
          <w:szCs w:val="56"/>
          <w:rtl/>
        </w:rPr>
        <w:t xml:space="preserve"> مقدمه و کلیات</w:t>
      </w:r>
    </w:p>
    <w:p w14:paraId="00626446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6D864FD8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4D6E2FE4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2A7BF322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4F2E44EC" w14:textId="77777777" w:rsidR="00F262BE" w:rsidRDefault="00F262BE" w:rsidP="00F262BE">
      <w:pPr>
        <w:bidi/>
        <w:spacing w:after="0"/>
        <w:ind w:left="720"/>
        <w:rPr>
          <w:rFonts w:cs="B Nazanin"/>
          <w:sz w:val="28"/>
          <w:szCs w:val="28"/>
        </w:rPr>
      </w:pPr>
    </w:p>
    <w:p w14:paraId="32F5C544" w14:textId="5F72DFBF" w:rsidR="00F262BE" w:rsidRPr="006F22CE" w:rsidRDefault="00F262BE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bookmarkStart w:id="4" w:name="_Hlk238697160"/>
      <w:r w:rsidRPr="00F262BE">
        <w:rPr>
          <w:rFonts w:cs="B Nazanin"/>
          <w:sz w:val="28"/>
          <w:szCs w:val="28"/>
          <w:rtl/>
        </w:rPr>
        <w:t>عناوین بخش‌ها</w:t>
      </w:r>
      <w:r>
        <w:rPr>
          <w:rFonts w:cs="B Nazanin" w:hint="cs"/>
          <w:sz w:val="28"/>
          <w:szCs w:val="28"/>
          <w:rtl/>
        </w:rPr>
        <w:t xml:space="preserve"> و تیترها</w:t>
      </w:r>
      <w:r w:rsidRPr="00F262BE">
        <w:rPr>
          <w:rFonts w:cs="B Nazanin"/>
          <w:sz w:val="28"/>
          <w:szCs w:val="28"/>
          <w:rtl/>
        </w:rPr>
        <w:t xml:space="preserve"> با فونت </w:t>
      </w:r>
      <w:r w:rsidRPr="00F262BE">
        <w:rPr>
          <w:rFonts w:cs="B Nazanin"/>
          <w:b/>
          <w:bCs/>
          <w:sz w:val="28"/>
          <w:szCs w:val="28"/>
        </w:rPr>
        <w:t xml:space="preserve">B </w:t>
      </w:r>
      <w:r>
        <w:rPr>
          <w:rFonts w:cs="B Nazanin"/>
          <w:b/>
          <w:bCs/>
          <w:sz w:val="28"/>
          <w:szCs w:val="28"/>
        </w:rPr>
        <w:t>Zar</w:t>
      </w:r>
      <w:r w:rsidRPr="00F262BE">
        <w:rPr>
          <w:rFonts w:cs="B Nazanin"/>
          <w:b/>
          <w:bCs/>
          <w:sz w:val="28"/>
          <w:szCs w:val="28"/>
          <w:rtl/>
        </w:rPr>
        <w:t>،</w:t>
      </w:r>
      <w:r w:rsidRPr="00F262BE">
        <w:rPr>
          <w:rFonts w:cs="B Nazanin"/>
          <w:b/>
          <w:bCs/>
          <w:sz w:val="28"/>
          <w:szCs w:val="28"/>
        </w:rPr>
        <w:t xml:space="preserve"> Bold </w:t>
      </w:r>
      <w:r w:rsidRPr="006F22CE">
        <w:rPr>
          <w:rFonts w:cs="B Nazanin"/>
          <w:sz w:val="28"/>
          <w:szCs w:val="28"/>
          <w:rtl/>
        </w:rPr>
        <w:t>تنظیم شوند</w:t>
      </w:r>
      <w:r w:rsidRPr="006F22CE">
        <w:rPr>
          <w:rFonts w:cs="B Nazanin"/>
          <w:sz w:val="28"/>
          <w:szCs w:val="28"/>
        </w:rPr>
        <w:t>.</w:t>
      </w:r>
    </w:p>
    <w:p w14:paraId="6DF64E16" w14:textId="0E000CBF" w:rsidR="00F262BE" w:rsidRPr="009C28F3" w:rsidRDefault="00F262BE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 xml:space="preserve">متن اصلی گزارش با فونت </w:t>
      </w:r>
      <w:r w:rsidRPr="009C28F3">
        <w:rPr>
          <w:rFonts w:cs="B Nazanin"/>
          <w:b/>
          <w:bCs/>
          <w:sz w:val="28"/>
          <w:szCs w:val="28"/>
        </w:rPr>
        <w:t>B Nazanin</w:t>
      </w:r>
      <w:r w:rsidRPr="009C28F3">
        <w:rPr>
          <w:rFonts w:cs="B Nazanin"/>
          <w:b/>
          <w:bCs/>
          <w:sz w:val="28"/>
          <w:szCs w:val="28"/>
          <w:rtl/>
        </w:rPr>
        <w:t>، اندازه 14</w:t>
      </w:r>
      <w:r w:rsidRPr="009C28F3">
        <w:rPr>
          <w:rFonts w:cs="B Nazanin"/>
          <w:sz w:val="28"/>
          <w:szCs w:val="28"/>
          <w:rtl/>
        </w:rPr>
        <w:t xml:space="preserve"> تنظیم گردد</w:t>
      </w:r>
      <w:r w:rsidRPr="009C28F3">
        <w:rPr>
          <w:rFonts w:cs="B Nazanin"/>
          <w:sz w:val="28"/>
          <w:szCs w:val="28"/>
        </w:rPr>
        <w:t>.</w:t>
      </w:r>
    </w:p>
    <w:p w14:paraId="3A8EF1EE" w14:textId="77777777" w:rsidR="00F262BE" w:rsidRDefault="00F262BE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فاصله بین خطوط 1.15 یا 1.5 در نظر گرفته شود</w:t>
      </w:r>
      <w:r w:rsidRPr="009C28F3">
        <w:rPr>
          <w:rFonts w:cs="B Nazanin"/>
          <w:sz w:val="28"/>
          <w:szCs w:val="28"/>
        </w:rPr>
        <w:t>.</w:t>
      </w:r>
    </w:p>
    <w:p w14:paraId="073D044C" w14:textId="74E65ABE" w:rsidR="00F262BE" w:rsidRPr="009C28F3" w:rsidRDefault="00F262BE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اسامی گونه های جانوری به صورت ایتالیک و انگلیسی در متن باشد.</w:t>
      </w:r>
    </w:p>
    <w:bookmarkEnd w:id="4"/>
    <w:p w14:paraId="7601DA24" w14:textId="77777777" w:rsidR="001D7177" w:rsidRDefault="001D7177" w:rsidP="00F262BE">
      <w:pPr>
        <w:bidi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5832EB01" w14:textId="77777777" w:rsidR="001D7177" w:rsidRPr="00076C84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</w:rPr>
      </w:pPr>
    </w:p>
    <w:p w14:paraId="53A06E04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9CBF8D6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7F3BFA5B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C519512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DC6B45F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8D4CF11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29F638F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67D1811E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76CAB115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C044206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0E92217B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05032B07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2E033227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BEEA382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</w:rPr>
      </w:pPr>
    </w:p>
    <w:p w14:paraId="1EF3EAA8" w14:textId="77777777" w:rsidR="00802446" w:rsidRDefault="00802446" w:rsidP="00802446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61EFE313" w14:textId="2D036E05" w:rsidR="00D51882" w:rsidRDefault="00D51882" w:rsidP="001D7177">
      <w:pPr>
        <w:bidi/>
        <w:rPr>
          <w:rFonts w:ascii="IranNastaliq" w:hAnsi="IranNastaliq" w:cs="IranNastaliq"/>
          <w:b/>
          <w:bCs/>
          <w:sz w:val="96"/>
          <w:szCs w:val="96"/>
        </w:rPr>
      </w:pPr>
      <w:r w:rsidRPr="00076C84">
        <w:rPr>
          <w:rFonts w:ascii="IranNastaliq" w:hAnsi="IranNastaliq" w:cs="IranNastaliq"/>
          <w:b/>
          <w:bCs/>
          <w:sz w:val="96"/>
          <w:szCs w:val="96"/>
          <w:rtl/>
        </w:rPr>
        <w:t>فصل دوم</w:t>
      </w:r>
    </w:p>
    <w:p w14:paraId="6F502359" w14:textId="5CE8DF5B" w:rsidR="00D51882" w:rsidRPr="00076C84" w:rsidRDefault="00D51882" w:rsidP="00D51882">
      <w:pPr>
        <w:bidi/>
        <w:jc w:val="center"/>
        <w:rPr>
          <w:rFonts w:ascii="IranNastaliq" w:hAnsi="IranNastaliq" w:cs="IranNastaliq"/>
          <w:b/>
          <w:bCs/>
          <w:sz w:val="56"/>
          <w:szCs w:val="56"/>
        </w:rPr>
      </w:pPr>
      <w:r w:rsidRPr="00076C84">
        <w:rPr>
          <w:rFonts w:ascii="IranNastaliq" w:hAnsi="IranNastaliq" w:cs="IranNastaliq"/>
          <w:b/>
          <w:bCs/>
          <w:sz w:val="56"/>
          <w:szCs w:val="56"/>
          <w:rtl/>
        </w:rPr>
        <w:t>مروری بر منابع</w:t>
      </w:r>
    </w:p>
    <w:p w14:paraId="34090417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B0527B0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29FBC95A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2CB1F246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69FD3DDD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01F371F4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A97A07D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B44029C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00F234E4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3D154A3F" w14:textId="77777777" w:rsidR="00F262BE" w:rsidRDefault="00F262BE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F262BE">
        <w:rPr>
          <w:rFonts w:cs="B Nazanin"/>
          <w:sz w:val="28"/>
          <w:szCs w:val="28"/>
          <w:rtl/>
        </w:rPr>
        <w:t>عناوین بخش‌ها</w:t>
      </w:r>
      <w:r>
        <w:rPr>
          <w:rFonts w:cs="B Nazanin" w:hint="cs"/>
          <w:sz w:val="28"/>
          <w:szCs w:val="28"/>
          <w:rtl/>
        </w:rPr>
        <w:t xml:space="preserve"> و تیترها</w:t>
      </w:r>
      <w:r w:rsidRPr="00F262BE">
        <w:rPr>
          <w:rFonts w:cs="B Nazanin"/>
          <w:sz w:val="28"/>
          <w:szCs w:val="28"/>
          <w:rtl/>
        </w:rPr>
        <w:t xml:space="preserve"> با فونت </w:t>
      </w:r>
      <w:r w:rsidRPr="00F262BE">
        <w:rPr>
          <w:rFonts w:cs="B Nazanin"/>
          <w:b/>
          <w:bCs/>
          <w:sz w:val="28"/>
          <w:szCs w:val="28"/>
        </w:rPr>
        <w:t xml:space="preserve">B </w:t>
      </w:r>
      <w:r>
        <w:rPr>
          <w:rFonts w:cs="B Nazanin"/>
          <w:b/>
          <w:bCs/>
          <w:sz w:val="28"/>
          <w:szCs w:val="28"/>
        </w:rPr>
        <w:t>Zar</w:t>
      </w:r>
      <w:r w:rsidRPr="00F262BE">
        <w:rPr>
          <w:rFonts w:cs="B Nazanin"/>
          <w:b/>
          <w:bCs/>
          <w:sz w:val="28"/>
          <w:szCs w:val="28"/>
          <w:rtl/>
        </w:rPr>
        <w:t>،</w:t>
      </w:r>
      <w:r w:rsidRPr="00F262BE">
        <w:rPr>
          <w:rFonts w:cs="B Nazanin"/>
          <w:b/>
          <w:bCs/>
          <w:sz w:val="28"/>
          <w:szCs w:val="28"/>
        </w:rPr>
        <w:t xml:space="preserve"> Bold </w:t>
      </w:r>
      <w:r w:rsidRPr="00F262BE">
        <w:rPr>
          <w:rFonts w:cs="B Nazanin"/>
          <w:b/>
          <w:bCs/>
          <w:sz w:val="28"/>
          <w:szCs w:val="28"/>
          <w:rtl/>
        </w:rPr>
        <w:t>تنظیم شوند</w:t>
      </w:r>
      <w:r w:rsidRPr="00F262BE">
        <w:rPr>
          <w:rFonts w:cs="B Nazanin"/>
          <w:b/>
          <w:bCs/>
          <w:sz w:val="28"/>
          <w:szCs w:val="28"/>
        </w:rPr>
        <w:t>.</w:t>
      </w:r>
    </w:p>
    <w:p w14:paraId="74CE277A" w14:textId="77777777" w:rsidR="00F262BE" w:rsidRPr="009C28F3" w:rsidRDefault="00F262BE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 xml:space="preserve">متن اصلی گزارش با فونت </w:t>
      </w:r>
      <w:r w:rsidRPr="009C28F3">
        <w:rPr>
          <w:rFonts w:cs="B Nazanin"/>
          <w:b/>
          <w:bCs/>
          <w:sz w:val="28"/>
          <w:szCs w:val="28"/>
        </w:rPr>
        <w:t>B Nazanin</w:t>
      </w:r>
      <w:r w:rsidRPr="009C28F3">
        <w:rPr>
          <w:rFonts w:cs="B Nazanin"/>
          <w:b/>
          <w:bCs/>
          <w:sz w:val="28"/>
          <w:szCs w:val="28"/>
          <w:rtl/>
        </w:rPr>
        <w:t>، اندازه 14</w:t>
      </w:r>
      <w:r w:rsidRPr="009C28F3">
        <w:rPr>
          <w:rFonts w:cs="B Nazanin"/>
          <w:sz w:val="28"/>
          <w:szCs w:val="28"/>
          <w:rtl/>
        </w:rPr>
        <w:t xml:space="preserve"> تنظیم گردد</w:t>
      </w:r>
      <w:r w:rsidRPr="009C28F3">
        <w:rPr>
          <w:rFonts w:cs="B Nazanin"/>
          <w:sz w:val="28"/>
          <w:szCs w:val="28"/>
        </w:rPr>
        <w:t>.</w:t>
      </w:r>
    </w:p>
    <w:p w14:paraId="23CD764C" w14:textId="77777777" w:rsidR="00F262BE" w:rsidRDefault="00F262BE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فاصله بین خطوط 1.15 یا 1.5 در نظر گرفته شود</w:t>
      </w:r>
      <w:r w:rsidRPr="009C28F3">
        <w:rPr>
          <w:rFonts w:cs="B Nazanin"/>
          <w:sz w:val="28"/>
          <w:szCs w:val="28"/>
        </w:rPr>
        <w:t>.</w:t>
      </w:r>
    </w:p>
    <w:p w14:paraId="1C400892" w14:textId="77777777" w:rsidR="00F262BE" w:rsidRPr="009C28F3" w:rsidRDefault="00F262BE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اسامی گونه های جانوری به صورت ایتالیک و انگلیسی در متن باشد.</w:t>
      </w:r>
    </w:p>
    <w:p w14:paraId="7B46054D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D88D91B" w14:textId="77777777" w:rsidR="001D7177" w:rsidRDefault="001D7177" w:rsidP="00D51882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10259EA0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40E04F43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51660BA3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73366634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41AFF4DC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181841AD" w14:textId="165183A0" w:rsidR="00D51882" w:rsidRPr="00D51882" w:rsidRDefault="00D51882" w:rsidP="001D7177">
      <w:pPr>
        <w:bidi/>
        <w:rPr>
          <w:rFonts w:ascii="IranNastaliq" w:hAnsi="IranNastaliq" w:cs="IranNastaliq"/>
          <w:b/>
          <w:bCs/>
          <w:sz w:val="96"/>
          <w:szCs w:val="96"/>
        </w:rPr>
      </w:pPr>
      <w:r w:rsidRPr="00076C84">
        <w:rPr>
          <w:rFonts w:ascii="IranNastaliq" w:hAnsi="IranNastaliq" w:cs="IranNastaliq"/>
          <w:b/>
          <w:bCs/>
          <w:sz w:val="96"/>
          <w:szCs w:val="96"/>
          <w:rtl/>
        </w:rPr>
        <w:t>فصل سوم</w:t>
      </w:r>
    </w:p>
    <w:p w14:paraId="0950117C" w14:textId="58783F11" w:rsidR="00D51882" w:rsidRPr="00076C84" w:rsidRDefault="00D51882" w:rsidP="00D51882">
      <w:pPr>
        <w:bidi/>
        <w:jc w:val="center"/>
        <w:rPr>
          <w:rFonts w:ascii="IranNastaliq" w:hAnsi="IranNastaliq" w:cs="IranNastaliq"/>
          <w:b/>
          <w:bCs/>
          <w:sz w:val="56"/>
          <w:szCs w:val="56"/>
        </w:rPr>
      </w:pPr>
      <w:r w:rsidRPr="00076C84">
        <w:rPr>
          <w:rFonts w:ascii="IranNastaliq" w:hAnsi="IranNastaliq" w:cs="IranNastaliq"/>
          <w:b/>
          <w:bCs/>
          <w:sz w:val="56"/>
          <w:szCs w:val="56"/>
          <w:rtl/>
        </w:rPr>
        <w:t>روش انجام پروژه</w:t>
      </w:r>
    </w:p>
    <w:p w14:paraId="0604C60E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DFC9DDD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77BEB7C1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0D06623F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936EED4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3651BFDC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840976F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6AB2DD49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8FA2A7A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338723A4" w14:textId="77777777" w:rsidR="003F70A8" w:rsidRDefault="003F70A8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F262BE">
        <w:rPr>
          <w:rFonts w:cs="B Nazanin"/>
          <w:sz w:val="28"/>
          <w:szCs w:val="28"/>
          <w:rtl/>
        </w:rPr>
        <w:t>عناوین بخش‌ها</w:t>
      </w:r>
      <w:r>
        <w:rPr>
          <w:rFonts w:cs="B Nazanin" w:hint="cs"/>
          <w:sz w:val="28"/>
          <w:szCs w:val="28"/>
          <w:rtl/>
        </w:rPr>
        <w:t xml:space="preserve"> و تیترها</w:t>
      </w:r>
      <w:r w:rsidRPr="00F262BE">
        <w:rPr>
          <w:rFonts w:cs="B Nazanin"/>
          <w:sz w:val="28"/>
          <w:szCs w:val="28"/>
          <w:rtl/>
        </w:rPr>
        <w:t xml:space="preserve"> با فونت </w:t>
      </w:r>
      <w:r w:rsidRPr="00F262BE">
        <w:rPr>
          <w:rFonts w:cs="B Nazanin"/>
          <w:b/>
          <w:bCs/>
          <w:sz w:val="28"/>
          <w:szCs w:val="28"/>
        </w:rPr>
        <w:t xml:space="preserve">B </w:t>
      </w:r>
      <w:r>
        <w:rPr>
          <w:rFonts w:cs="B Nazanin"/>
          <w:b/>
          <w:bCs/>
          <w:sz w:val="28"/>
          <w:szCs w:val="28"/>
        </w:rPr>
        <w:t>Zar</w:t>
      </w:r>
      <w:r w:rsidRPr="00F262BE">
        <w:rPr>
          <w:rFonts w:cs="B Nazanin"/>
          <w:b/>
          <w:bCs/>
          <w:sz w:val="28"/>
          <w:szCs w:val="28"/>
          <w:rtl/>
        </w:rPr>
        <w:t>،</w:t>
      </w:r>
      <w:r w:rsidRPr="00F262BE">
        <w:rPr>
          <w:rFonts w:cs="B Nazanin"/>
          <w:b/>
          <w:bCs/>
          <w:sz w:val="28"/>
          <w:szCs w:val="28"/>
        </w:rPr>
        <w:t xml:space="preserve"> Bold </w:t>
      </w:r>
      <w:r w:rsidRPr="006F22CE">
        <w:rPr>
          <w:rFonts w:cs="B Nazanin"/>
          <w:sz w:val="28"/>
          <w:szCs w:val="28"/>
          <w:rtl/>
        </w:rPr>
        <w:t>تنظیم شوند</w:t>
      </w:r>
      <w:r w:rsidRPr="006F22CE">
        <w:rPr>
          <w:rFonts w:cs="B Nazanin"/>
          <w:sz w:val="28"/>
          <w:szCs w:val="28"/>
        </w:rPr>
        <w:t>.</w:t>
      </w:r>
    </w:p>
    <w:p w14:paraId="626F0D0A" w14:textId="77777777" w:rsidR="003F70A8" w:rsidRPr="009C28F3" w:rsidRDefault="003F70A8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 xml:space="preserve">متن اصلی گزارش با فونت </w:t>
      </w:r>
      <w:r w:rsidRPr="009C28F3">
        <w:rPr>
          <w:rFonts w:cs="B Nazanin"/>
          <w:b/>
          <w:bCs/>
          <w:sz w:val="28"/>
          <w:szCs w:val="28"/>
        </w:rPr>
        <w:t>B Nazanin</w:t>
      </w:r>
      <w:r w:rsidRPr="009C28F3">
        <w:rPr>
          <w:rFonts w:cs="B Nazanin"/>
          <w:b/>
          <w:bCs/>
          <w:sz w:val="28"/>
          <w:szCs w:val="28"/>
          <w:rtl/>
        </w:rPr>
        <w:t>، اندازه 14</w:t>
      </w:r>
      <w:r w:rsidRPr="009C28F3">
        <w:rPr>
          <w:rFonts w:cs="B Nazanin"/>
          <w:sz w:val="28"/>
          <w:szCs w:val="28"/>
          <w:rtl/>
        </w:rPr>
        <w:t xml:space="preserve"> تنظیم گردد</w:t>
      </w:r>
      <w:r w:rsidRPr="009C28F3">
        <w:rPr>
          <w:rFonts w:cs="B Nazanin"/>
          <w:sz w:val="28"/>
          <w:szCs w:val="28"/>
        </w:rPr>
        <w:t>.</w:t>
      </w:r>
    </w:p>
    <w:p w14:paraId="595416E4" w14:textId="77777777" w:rsidR="003F70A8" w:rsidRDefault="003F70A8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فاصله بین خطوط 1.15 یا 1.5 در نظر گرفته شود</w:t>
      </w:r>
      <w:r w:rsidRPr="009C28F3">
        <w:rPr>
          <w:rFonts w:cs="B Nazanin"/>
          <w:sz w:val="28"/>
          <w:szCs w:val="28"/>
        </w:rPr>
        <w:t>.</w:t>
      </w:r>
    </w:p>
    <w:p w14:paraId="09FF1601" w14:textId="77777777" w:rsidR="003F70A8" w:rsidRPr="009C28F3" w:rsidRDefault="003F70A8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اسامی گونه های جانوری به صورت ایتالیک و انگلیسی در متن باشد.</w:t>
      </w:r>
    </w:p>
    <w:p w14:paraId="7FA3D5EB" w14:textId="77777777" w:rsidR="001D7177" w:rsidRDefault="001D7177" w:rsidP="00D51882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38B18839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2CC9FA2D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284860D8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24EE033A" w14:textId="77777777" w:rsidR="001D7177" w:rsidRDefault="001D7177" w:rsidP="001D7177">
      <w:pPr>
        <w:bidi/>
        <w:rPr>
          <w:rFonts w:ascii="IranNastaliq" w:hAnsi="IranNastaliq" w:cs="IranNastaliq"/>
          <w:b/>
          <w:bCs/>
          <w:sz w:val="96"/>
          <w:szCs w:val="96"/>
          <w:rtl/>
        </w:rPr>
      </w:pPr>
    </w:p>
    <w:p w14:paraId="07B63B76" w14:textId="77777777" w:rsidR="00802446" w:rsidRDefault="00802446" w:rsidP="001D7177">
      <w:pPr>
        <w:bidi/>
        <w:rPr>
          <w:rFonts w:ascii="IranNastaliq" w:hAnsi="IranNastaliq" w:cs="IranNastaliq"/>
          <w:b/>
          <w:bCs/>
          <w:sz w:val="96"/>
          <w:szCs w:val="96"/>
        </w:rPr>
      </w:pPr>
    </w:p>
    <w:p w14:paraId="1538E44C" w14:textId="77777777" w:rsidR="00802446" w:rsidRDefault="00802446" w:rsidP="00802446">
      <w:pPr>
        <w:bidi/>
        <w:rPr>
          <w:rFonts w:ascii="IranNastaliq" w:hAnsi="IranNastaliq" w:cs="IranNastaliq"/>
          <w:b/>
          <w:bCs/>
          <w:sz w:val="96"/>
          <w:szCs w:val="96"/>
        </w:rPr>
      </w:pPr>
    </w:p>
    <w:p w14:paraId="6C1B1BB8" w14:textId="7513D756" w:rsidR="00D51882" w:rsidRPr="00D51882" w:rsidRDefault="00D51882" w:rsidP="00802446">
      <w:pPr>
        <w:bidi/>
        <w:rPr>
          <w:rFonts w:ascii="IranNastaliq" w:hAnsi="IranNastaliq" w:cs="IranNastaliq"/>
          <w:b/>
          <w:bCs/>
          <w:sz w:val="96"/>
          <w:szCs w:val="96"/>
        </w:rPr>
      </w:pPr>
      <w:r w:rsidRPr="00076C84">
        <w:rPr>
          <w:rFonts w:ascii="IranNastaliq" w:hAnsi="IranNastaliq" w:cs="IranNastaliq"/>
          <w:b/>
          <w:bCs/>
          <w:sz w:val="96"/>
          <w:szCs w:val="96"/>
          <w:rtl/>
        </w:rPr>
        <w:t>فصل چهارم</w:t>
      </w:r>
    </w:p>
    <w:p w14:paraId="1EC3EF98" w14:textId="7D13651E" w:rsidR="00D51882" w:rsidRDefault="00D51882" w:rsidP="00D51882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  <w:r w:rsidRPr="00076C84">
        <w:rPr>
          <w:rFonts w:ascii="IranNastaliq" w:hAnsi="IranNastaliq" w:cs="IranNastaliq"/>
          <w:b/>
          <w:bCs/>
          <w:sz w:val="56"/>
          <w:szCs w:val="56"/>
          <w:rtl/>
        </w:rPr>
        <w:t>نتایج و بحث</w:t>
      </w:r>
    </w:p>
    <w:p w14:paraId="7757130B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45922DB9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1BED01EC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47001B77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59198D6C" w14:textId="77777777" w:rsidR="003F70A8" w:rsidRDefault="003F70A8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F262BE">
        <w:rPr>
          <w:rFonts w:cs="B Nazanin"/>
          <w:sz w:val="28"/>
          <w:szCs w:val="28"/>
          <w:rtl/>
        </w:rPr>
        <w:lastRenderedPageBreak/>
        <w:t>عناوین بخش‌ها</w:t>
      </w:r>
      <w:r>
        <w:rPr>
          <w:rFonts w:cs="B Nazanin" w:hint="cs"/>
          <w:sz w:val="28"/>
          <w:szCs w:val="28"/>
          <w:rtl/>
        </w:rPr>
        <w:t xml:space="preserve"> و تیترها</w:t>
      </w:r>
      <w:r w:rsidRPr="00F262BE">
        <w:rPr>
          <w:rFonts w:cs="B Nazanin"/>
          <w:sz w:val="28"/>
          <w:szCs w:val="28"/>
          <w:rtl/>
        </w:rPr>
        <w:t xml:space="preserve"> با فونت </w:t>
      </w:r>
      <w:r w:rsidRPr="00F262BE">
        <w:rPr>
          <w:rFonts w:cs="B Nazanin"/>
          <w:b/>
          <w:bCs/>
          <w:sz w:val="28"/>
          <w:szCs w:val="28"/>
        </w:rPr>
        <w:t xml:space="preserve">B </w:t>
      </w:r>
      <w:r>
        <w:rPr>
          <w:rFonts w:cs="B Nazanin"/>
          <w:b/>
          <w:bCs/>
          <w:sz w:val="28"/>
          <w:szCs w:val="28"/>
        </w:rPr>
        <w:t>Zar</w:t>
      </w:r>
      <w:r w:rsidRPr="00F262BE">
        <w:rPr>
          <w:rFonts w:cs="B Nazanin"/>
          <w:b/>
          <w:bCs/>
          <w:sz w:val="28"/>
          <w:szCs w:val="28"/>
          <w:rtl/>
        </w:rPr>
        <w:t>،</w:t>
      </w:r>
      <w:r w:rsidRPr="00F262BE">
        <w:rPr>
          <w:rFonts w:cs="B Nazanin"/>
          <w:b/>
          <w:bCs/>
          <w:sz w:val="28"/>
          <w:szCs w:val="28"/>
        </w:rPr>
        <w:t xml:space="preserve"> Bold </w:t>
      </w:r>
      <w:r w:rsidRPr="006F22CE">
        <w:rPr>
          <w:rFonts w:cs="B Nazanin"/>
          <w:sz w:val="28"/>
          <w:szCs w:val="28"/>
          <w:rtl/>
        </w:rPr>
        <w:t>تنظیم شوند</w:t>
      </w:r>
      <w:r w:rsidRPr="006F22CE">
        <w:rPr>
          <w:rFonts w:cs="B Nazanin"/>
          <w:sz w:val="28"/>
          <w:szCs w:val="28"/>
        </w:rPr>
        <w:t>.</w:t>
      </w:r>
    </w:p>
    <w:p w14:paraId="44535794" w14:textId="77777777" w:rsidR="003F70A8" w:rsidRPr="009C28F3" w:rsidRDefault="003F70A8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 xml:space="preserve">متن اصلی گزارش با فونت </w:t>
      </w:r>
      <w:r w:rsidRPr="009C28F3">
        <w:rPr>
          <w:rFonts w:cs="B Nazanin"/>
          <w:b/>
          <w:bCs/>
          <w:sz w:val="28"/>
          <w:szCs w:val="28"/>
        </w:rPr>
        <w:t>B Nazanin</w:t>
      </w:r>
      <w:r w:rsidRPr="009C28F3">
        <w:rPr>
          <w:rFonts w:cs="B Nazanin"/>
          <w:b/>
          <w:bCs/>
          <w:sz w:val="28"/>
          <w:szCs w:val="28"/>
          <w:rtl/>
        </w:rPr>
        <w:t>، اندازه 14</w:t>
      </w:r>
      <w:r w:rsidRPr="009C28F3">
        <w:rPr>
          <w:rFonts w:cs="B Nazanin"/>
          <w:sz w:val="28"/>
          <w:szCs w:val="28"/>
          <w:rtl/>
        </w:rPr>
        <w:t xml:space="preserve"> تنظیم گردد</w:t>
      </w:r>
      <w:r w:rsidRPr="009C28F3">
        <w:rPr>
          <w:rFonts w:cs="B Nazanin"/>
          <w:sz w:val="28"/>
          <w:szCs w:val="28"/>
        </w:rPr>
        <w:t>.</w:t>
      </w:r>
    </w:p>
    <w:p w14:paraId="4C539F75" w14:textId="77777777" w:rsidR="003F70A8" w:rsidRDefault="003F70A8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 w:rsidRPr="009C28F3">
        <w:rPr>
          <w:rFonts w:cs="B Nazanin"/>
          <w:sz w:val="28"/>
          <w:szCs w:val="28"/>
          <w:rtl/>
        </w:rPr>
        <w:t>فاصله بین خطوط 1.15 یا 1.5 در نظر گرفته شود</w:t>
      </w:r>
      <w:r w:rsidRPr="009C28F3">
        <w:rPr>
          <w:rFonts w:cs="B Nazanin"/>
          <w:sz w:val="28"/>
          <w:szCs w:val="28"/>
        </w:rPr>
        <w:t>.</w:t>
      </w:r>
    </w:p>
    <w:p w14:paraId="3F192B6A" w14:textId="77777777" w:rsidR="003F70A8" w:rsidRPr="009C28F3" w:rsidRDefault="003F70A8">
      <w:pPr>
        <w:numPr>
          <w:ilvl w:val="0"/>
          <w:numId w:val="10"/>
        </w:numPr>
        <w:bidi/>
        <w:spacing w:after="0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اسامی گونه های جانوری به صورت ایتالیک و انگلیسی در متن باشد.</w:t>
      </w:r>
    </w:p>
    <w:p w14:paraId="681B5A5B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7BB9AA54" w14:textId="77777777" w:rsidR="001D7177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  <w:rtl/>
        </w:rPr>
      </w:pPr>
    </w:p>
    <w:p w14:paraId="4D50D8F8" w14:textId="77777777" w:rsidR="001D7177" w:rsidRPr="00076C84" w:rsidRDefault="001D7177" w:rsidP="001D7177">
      <w:pPr>
        <w:bidi/>
        <w:jc w:val="center"/>
        <w:rPr>
          <w:rFonts w:ascii="IranNastaliq" w:hAnsi="IranNastaliq" w:cs="IranNastaliq"/>
          <w:b/>
          <w:bCs/>
          <w:sz w:val="56"/>
          <w:szCs w:val="56"/>
        </w:rPr>
      </w:pPr>
    </w:p>
    <w:p w14:paraId="7BE067BA" w14:textId="376452A9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CEEC622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8347B0C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DBE5D5A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22BC51C8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0FDC2FD3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20A6A347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30639655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2DAF4821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1A433AD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5E45C45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152F22E" w14:textId="77777777" w:rsidR="00D51882" w:rsidRDefault="00D51882" w:rsidP="00D51882">
      <w:pPr>
        <w:bidi/>
        <w:rPr>
          <w:rFonts w:cs="B Nazanin"/>
          <w:sz w:val="28"/>
          <w:szCs w:val="28"/>
        </w:rPr>
      </w:pPr>
    </w:p>
    <w:p w14:paraId="4E83E248" w14:textId="77777777" w:rsidR="00802446" w:rsidRDefault="00802446" w:rsidP="00802446">
      <w:pPr>
        <w:bidi/>
        <w:rPr>
          <w:rFonts w:cs="B Nazanin"/>
          <w:sz w:val="28"/>
          <w:szCs w:val="28"/>
        </w:rPr>
      </w:pPr>
    </w:p>
    <w:p w14:paraId="16CEEC66" w14:textId="77777777" w:rsidR="00802446" w:rsidRDefault="00802446" w:rsidP="00802446">
      <w:pPr>
        <w:bidi/>
        <w:rPr>
          <w:rFonts w:cs="B Nazanin"/>
          <w:sz w:val="28"/>
          <w:szCs w:val="28"/>
        </w:rPr>
      </w:pPr>
    </w:p>
    <w:p w14:paraId="5BDD1149" w14:textId="77777777" w:rsidR="00802446" w:rsidRDefault="00802446" w:rsidP="00802446">
      <w:pPr>
        <w:bidi/>
        <w:rPr>
          <w:rFonts w:cs="B Nazanin"/>
          <w:sz w:val="28"/>
          <w:szCs w:val="28"/>
        </w:rPr>
      </w:pPr>
    </w:p>
    <w:p w14:paraId="00AF0C87" w14:textId="77777777" w:rsidR="00802446" w:rsidRDefault="00802446" w:rsidP="00802446">
      <w:pPr>
        <w:bidi/>
        <w:rPr>
          <w:rFonts w:cs="B Nazanin"/>
          <w:sz w:val="28"/>
          <w:szCs w:val="28"/>
          <w:rtl/>
        </w:rPr>
      </w:pPr>
    </w:p>
    <w:p w14:paraId="3DDFC4DF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0CF3449F" w14:textId="31A08227" w:rsidR="00D51882" w:rsidRDefault="00D51882" w:rsidP="001D7177">
      <w:pPr>
        <w:bidi/>
        <w:jc w:val="center"/>
        <w:rPr>
          <w:rFonts w:ascii="IranNastaliq" w:hAnsi="IranNastaliq" w:cs="IranNastaliq"/>
          <w:sz w:val="144"/>
          <w:szCs w:val="144"/>
          <w:rtl/>
        </w:rPr>
      </w:pPr>
      <w:r w:rsidRPr="00D51882">
        <w:rPr>
          <w:rFonts w:ascii="IranNastaliq" w:hAnsi="IranNastaliq" w:cs="IranNastaliq"/>
          <w:sz w:val="144"/>
          <w:szCs w:val="144"/>
          <w:rtl/>
        </w:rPr>
        <w:t>منابع</w:t>
      </w:r>
    </w:p>
    <w:p w14:paraId="559FF96D" w14:textId="77777777" w:rsidR="001D7177" w:rsidRDefault="001D7177" w:rsidP="001D7177">
      <w:pPr>
        <w:bidi/>
        <w:jc w:val="center"/>
        <w:rPr>
          <w:rFonts w:ascii="IranNastaliq" w:hAnsi="IranNastaliq" w:cs="IranNastaliq"/>
          <w:sz w:val="144"/>
          <w:szCs w:val="144"/>
          <w:rtl/>
        </w:rPr>
      </w:pPr>
    </w:p>
    <w:p w14:paraId="69D8A38D" w14:textId="77777777" w:rsidR="001D7177" w:rsidRDefault="001D7177" w:rsidP="001D7177">
      <w:pPr>
        <w:bidi/>
        <w:jc w:val="center"/>
        <w:rPr>
          <w:rFonts w:ascii="IranNastaliq" w:hAnsi="IranNastaliq" w:cs="IranNastaliq"/>
          <w:sz w:val="144"/>
          <w:szCs w:val="144"/>
          <w:rtl/>
        </w:rPr>
      </w:pPr>
    </w:p>
    <w:p w14:paraId="67CB42ED" w14:textId="77777777" w:rsidR="001D7177" w:rsidRPr="00D51882" w:rsidRDefault="001D7177" w:rsidP="001D7177">
      <w:pPr>
        <w:bidi/>
        <w:jc w:val="center"/>
        <w:rPr>
          <w:rFonts w:ascii="IranNastaliq" w:hAnsi="IranNastaliq" w:cs="IranNastaliq"/>
          <w:sz w:val="144"/>
          <w:szCs w:val="144"/>
          <w:rtl/>
        </w:rPr>
      </w:pPr>
    </w:p>
    <w:p w14:paraId="542ED555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5A953349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EF6F78A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0F0BCC5B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5A94B34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7209B41B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7857EB86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16759C19" w14:textId="77777777" w:rsidR="00D51882" w:rsidRDefault="00D51882" w:rsidP="00D51882">
      <w:pPr>
        <w:bidi/>
        <w:rPr>
          <w:rFonts w:cs="B Nazanin"/>
          <w:sz w:val="28"/>
          <w:szCs w:val="28"/>
          <w:rtl/>
        </w:rPr>
      </w:pPr>
    </w:p>
    <w:p w14:paraId="45F4A2BD" w14:textId="77777777" w:rsidR="00D51882" w:rsidRPr="00D51882" w:rsidRDefault="00D51882" w:rsidP="00D51882">
      <w:pPr>
        <w:bidi/>
        <w:rPr>
          <w:rFonts w:cs="B Nazanin"/>
          <w:sz w:val="28"/>
          <w:szCs w:val="28"/>
          <w:rtl/>
        </w:rPr>
      </w:pPr>
    </w:p>
    <w:sectPr w:rsidR="00D51882" w:rsidRPr="00D51882" w:rsidSect="001D7177">
      <w:pgSz w:w="11906" w:h="16838" w:code="9"/>
      <w:pgMar w:top="1440" w:right="1800" w:bottom="1440" w:left="1890" w:header="720" w:footer="720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A106E" w14:textId="77777777" w:rsidR="0007716C" w:rsidRDefault="0007716C" w:rsidP="00A32DEA">
      <w:pPr>
        <w:spacing w:after="0" w:line="240" w:lineRule="auto"/>
      </w:pPr>
      <w:r>
        <w:separator/>
      </w:r>
    </w:p>
  </w:endnote>
  <w:endnote w:type="continuationSeparator" w:id="0">
    <w:p w14:paraId="63538B2E" w14:textId="77777777" w:rsidR="0007716C" w:rsidRDefault="0007716C" w:rsidP="00A32D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86342365"/>
      <w:docPartObj>
        <w:docPartGallery w:val="Page Numbers (Bottom of Page)"/>
        <w:docPartUnique/>
      </w:docPartObj>
    </w:sdtPr>
    <w:sdtEndPr>
      <w:rPr>
        <w:rFonts w:cs="B Zar"/>
        <w:noProof/>
      </w:rPr>
    </w:sdtEndPr>
    <w:sdtContent>
      <w:p w14:paraId="6EA3F5FD" w14:textId="4A7A23FD" w:rsidR="006F22CE" w:rsidRDefault="006F22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33C1591" w14:textId="77777777" w:rsidR="00A32DEA" w:rsidRPr="006F22CE" w:rsidRDefault="00A32DEA" w:rsidP="006F22CE">
    <w:pPr>
      <w:pStyle w:val="Footer"/>
      <w:bidi/>
      <w:jc w:val="center"/>
      <w:rPr>
        <w:rFonts w:cs="B Za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624F8" w14:textId="77777777" w:rsidR="0007716C" w:rsidRDefault="0007716C" w:rsidP="00A32DEA">
      <w:pPr>
        <w:spacing w:after="0" w:line="240" w:lineRule="auto"/>
      </w:pPr>
      <w:r>
        <w:separator/>
      </w:r>
    </w:p>
  </w:footnote>
  <w:footnote w:type="continuationSeparator" w:id="0">
    <w:p w14:paraId="259C3770" w14:textId="77777777" w:rsidR="0007716C" w:rsidRDefault="0007716C" w:rsidP="00A32D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0E25B6"/>
    <w:multiLevelType w:val="multilevel"/>
    <w:tmpl w:val="C89C9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149736F"/>
    <w:multiLevelType w:val="multilevel"/>
    <w:tmpl w:val="9A1C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6D267DB"/>
    <w:multiLevelType w:val="hybridMultilevel"/>
    <w:tmpl w:val="F4D421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E03B52"/>
    <w:multiLevelType w:val="multilevel"/>
    <w:tmpl w:val="1242B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A13BFB"/>
    <w:multiLevelType w:val="multilevel"/>
    <w:tmpl w:val="BD0CF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451B04"/>
    <w:multiLevelType w:val="multilevel"/>
    <w:tmpl w:val="3844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DD0FAA"/>
    <w:multiLevelType w:val="hybridMultilevel"/>
    <w:tmpl w:val="504CE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D1D1B"/>
    <w:multiLevelType w:val="multilevel"/>
    <w:tmpl w:val="B9E87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0B297D"/>
    <w:multiLevelType w:val="multilevel"/>
    <w:tmpl w:val="D7F4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CE51B0"/>
    <w:multiLevelType w:val="multilevel"/>
    <w:tmpl w:val="1AE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0B510A5"/>
    <w:multiLevelType w:val="hybridMultilevel"/>
    <w:tmpl w:val="9C76F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0837FC"/>
    <w:multiLevelType w:val="multilevel"/>
    <w:tmpl w:val="1430E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1B5CBB"/>
    <w:multiLevelType w:val="multilevel"/>
    <w:tmpl w:val="83B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522470">
    <w:abstractNumId w:val="5"/>
  </w:num>
  <w:num w:numId="2" w16cid:durableId="795681632">
    <w:abstractNumId w:val="3"/>
  </w:num>
  <w:num w:numId="3" w16cid:durableId="378551890">
    <w:abstractNumId w:val="2"/>
  </w:num>
  <w:num w:numId="4" w16cid:durableId="1538086823">
    <w:abstractNumId w:val="4"/>
  </w:num>
  <w:num w:numId="5" w16cid:durableId="1121000867">
    <w:abstractNumId w:val="1"/>
  </w:num>
  <w:num w:numId="6" w16cid:durableId="1081096347">
    <w:abstractNumId w:val="0"/>
  </w:num>
  <w:num w:numId="7" w16cid:durableId="1283457563">
    <w:abstractNumId w:val="8"/>
  </w:num>
  <w:num w:numId="8" w16cid:durableId="1617834024">
    <w:abstractNumId w:val="12"/>
  </w:num>
  <w:num w:numId="9" w16cid:durableId="1428430685">
    <w:abstractNumId w:val="16"/>
  </w:num>
  <w:num w:numId="10" w16cid:durableId="943464301">
    <w:abstractNumId w:val="6"/>
  </w:num>
  <w:num w:numId="11" w16cid:durableId="1532256157">
    <w:abstractNumId w:val="7"/>
  </w:num>
  <w:num w:numId="12" w16cid:durableId="1221019408">
    <w:abstractNumId w:val="9"/>
  </w:num>
  <w:num w:numId="13" w16cid:durableId="1968853849">
    <w:abstractNumId w:val="17"/>
  </w:num>
  <w:num w:numId="14" w16cid:durableId="1087968767">
    <w:abstractNumId w:val="11"/>
  </w:num>
  <w:num w:numId="15" w16cid:durableId="479884160">
    <w:abstractNumId w:val="14"/>
  </w:num>
  <w:num w:numId="16" w16cid:durableId="1455711425">
    <w:abstractNumId w:val="15"/>
  </w:num>
  <w:num w:numId="17" w16cid:durableId="2073381113">
    <w:abstractNumId w:val="13"/>
  </w:num>
  <w:num w:numId="18" w16cid:durableId="827525089">
    <w:abstractNumId w:val="18"/>
  </w:num>
  <w:num w:numId="19" w16cid:durableId="2021152144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C5B"/>
    <w:rsid w:val="00034616"/>
    <w:rsid w:val="0006063C"/>
    <w:rsid w:val="00076C84"/>
    <w:rsid w:val="0007716C"/>
    <w:rsid w:val="000C5DCB"/>
    <w:rsid w:val="00100E95"/>
    <w:rsid w:val="0015074B"/>
    <w:rsid w:val="001D7177"/>
    <w:rsid w:val="0029639D"/>
    <w:rsid w:val="00326F90"/>
    <w:rsid w:val="003E3669"/>
    <w:rsid w:val="003F70A8"/>
    <w:rsid w:val="00585858"/>
    <w:rsid w:val="005D1E15"/>
    <w:rsid w:val="006F22CE"/>
    <w:rsid w:val="0074651B"/>
    <w:rsid w:val="00802446"/>
    <w:rsid w:val="00844EBB"/>
    <w:rsid w:val="008E5EEC"/>
    <w:rsid w:val="00997939"/>
    <w:rsid w:val="009C28F3"/>
    <w:rsid w:val="00A32DEA"/>
    <w:rsid w:val="00AA1D8D"/>
    <w:rsid w:val="00AA4DB3"/>
    <w:rsid w:val="00B47730"/>
    <w:rsid w:val="00CB0664"/>
    <w:rsid w:val="00CF2DF2"/>
    <w:rsid w:val="00D51882"/>
    <w:rsid w:val="00D53216"/>
    <w:rsid w:val="00E33442"/>
    <w:rsid w:val="00F262BE"/>
    <w:rsid w:val="00F828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/"/>
  <w:listSeparator w:val="؛"/>
  <w14:docId w14:val="4D6900C0"/>
  <w14:defaultImageDpi w14:val="330"/>
  <w15:docId w15:val="{621A6678-D65C-48A0-B34B-37ACE1BF3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4" w:uiPriority="44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0A8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link w:val="NoSpacingChar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5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aliases w:val="تصاویر و جداول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FC693F"/>
    <w:pPr>
      <w:outlineLvl w:val="9"/>
    </w:pPr>
  </w:style>
  <w:style w:type="table" w:styleId="TableGrid">
    <w:name w:val="Table Grid"/>
    <w:basedOn w:val="TableNormal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apple-converted-space">
    <w:name w:val="apple-converted-space"/>
    <w:basedOn w:val="DefaultParagraphFont"/>
    <w:rsid w:val="001D7177"/>
  </w:style>
  <w:style w:type="paragraph" w:styleId="FootnoteText">
    <w:name w:val="footnote text"/>
    <w:basedOn w:val="Normal"/>
    <w:link w:val="FootnoteTextChar"/>
    <w:uiPriority w:val="99"/>
    <w:unhideWhenUsed/>
    <w:rsid w:val="001D7177"/>
    <w:pPr>
      <w:spacing w:after="0" w:line="240" w:lineRule="auto"/>
    </w:pPr>
    <w:rPr>
      <w:rFonts w:ascii="B Lotus" w:eastAsiaTheme="minorHAnsi" w:hAnsi="B Lotus" w:cs="B Lotus"/>
      <w:color w:val="231F20"/>
      <w:sz w:val="28"/>
      <w:szCs w:val="2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D7177"/>
    <w:rPr>
      <w:rFonts w:ascii="B Lotus" w:eastAsiaTheme="minorHAnsi" w:hAnsi="B Lotus" w:cs="B Lotus"/>
      <w:color w:val="231F20"/>
      <w:sz w:val="28"/>
      <w:szCs w:val="28"/>
    </w:rPr>
  </w:style>
  <w:style w:type="character" w:styleId="FootnoteReference">
    <w:name w:val="footnote reference"/>
    <w:basedOn w:val="DefaultParagraphFont"/>
    <w:uiPriority w:val="99"/>
    <w:unhideWhenUsed/>
    <w:rsid w:val="001D7177"/>
    <w:rPr>
      <w:rFonts w:ascii="Times New Roman" w:eastAsia="Times New Roman" w:hAnsi="Times New Roman" w:cs="Times New Roman"/>
      <w:sz w:val="28"/>
      <w:szCs w:val="28"/>
      <w:vertAlign w:val="superscript"/>
    </w:rPr>
  </w:style>
  <w:style w:type="paragraph" w:customStyle="1" w:styleId="Style2thesis">
    <w:name w:val="Style 2 thesis"/>
    <w:basedOn w:val="Normal"/>
    <w:link w:val="Style2thesisChar"/>
    <w:autoRedefine/>
    <w:qFormat/>
    <w:rsid w:val="001D7177"/>
    <w:pPr>
      <w:keepNext/>
      <w:keepLines/>
      <w:bidi/>
      <w:spacing w:before="240" w:after="0" w:line="360" w:lineRule="auto"/>
      <w:ind w:left="-1"/>
      <w:jc w:val="both"/>
      <w:outlineLvl w:val="0"/>
    </w:pPr>
    <w:rPr>
      <w:rFonts w:ascii="Times New Roman" w:eastAsia="Times New Roman" w:hAnsi="Times New Roman" w:cs="B Nazanin"/>
      <w:bCs/>
      <w:noProof/>
      <w:sz w:val="28"/>
      <w:szCs w:val="28"/>
      <w:lang w:bidi="fa-IR"/>
    </w:rPr>
  </w:style>
  <w:style w:type="character" w:customStyle="1" w:styleId="Style2thesisChar">
    <w:name w:val="Style 2 thesis Char"/>
    <w:basedOn w:val="DefaultParagraphFont"/>
    <w:link w:val="Style2thesis"/>
    <w:rsid w:val="001D7177"/>
    <w:rPr>
      <w:rFonts w:ascii="Times New Roman" w:eastAsia="Times New Roman" w:hAnsi="Times New Roman" w:cs="B Nazanin"/>
      <w:bCs/>
      <w:noProof/>
      <w:sz w:val="28"/>
      <w:szCs w:val="28"/>
      <w:lang w:bidi="fa-IR"/>
    </w:rPr>
  </w:style>
  <w:style w:type="table" w:styleId="PlainTable4">
    <w:name w:val="Plain Table 4"/>
    <w:basedOn w:val="TableNormal"/>
    <w:uiPriority w:val="44"/>
    <w:rsid w:val="001D7177"/>
    <w:pPr>
      <w:spacing w:after="0" w:line="240" w:lineRule="auto"/>
    </w:pPr>
    <w:rPr>
      <w:rFonts w:ascii="Times New Roman" w:eastAsiaTheme="minorHAnsi" w:hAnsi="Times New Roman" w:cs="B Lotus"/>
      <w:color w:val="231F20"/>
      <w:sz w:val="24"/>
      <w:szCs w:val="28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">
    <w:name w:val="Table"/>
    <w:basedOn w:val="Normal"/>
    <w:link w:val="TableChar"/>
    <w:qFormat/>
    <w:rsid w:val="001D7177"/>
    <w:pPr>
      <w:keepNext/>
      <w:keepLines/>
      <w:bidi/>
      <w:spacing w:before="240" w:after="0" w:line="360" w:lineRule="auto"/>
      <w:outlineLvl w:val="0"/>
    </w:pPr>
    <w:rPr>
      <w:rFonts w:ascii="Times New Roman" w:eastAsia="Times New Roman" w:hAnsi="Times New Roman" w:cs="B Lotus"/>
      <w:b/>
      <w:bCs/>
      <w:noProof/>
      <w:sz w:val="24"/>
      <w:szCs w:val="24"/>
      <w:lang w:bidi="fa-IR"/>
    </w:rPr>
  </w:style>
  <w:style w:type="character" w:customStyle="1" w:styleId="TableChar">
    <w:name w:val="Table Char"/>
    <w:basedOn w:val="DefaultParagraphFont"/>
    <w:link w:val="Table"/>
    <w:rsid w:val="001D7177"/>
    <w:rPr>
      <w:rFonts w:ascii="Times New Roman" w:eastAsia="Times New Roman" w:hAnsi="Times New Roman" w:cs="B Lotus"/>
      <w:b/>
      <w:bCs/>
      <w:noProof/>
      <w:sz w:val="24"/>
      <w:szCs w:val="24"/>
      <w:lang w:bidi="fa-IR"/>
    </w:rPr>
  </w:style>
  <w:style w:type="character" w:styleId="Hyperlink">
    <w:name w:val="Hyperlink"/>
    <w:basedOn w:val="DefaultParagraphFont"/>
    <w:uiPriority w:val="99"/>
    <w:unhideWhenUsed/>
    <w:rsid w:val="001D7177"/>
    <w:rPr>
      <w:color w:val="0000FF"/>
      <w:u w:val="single"/>
    </w:rPr>
  </w:style>
  <w:style w:type="character" w:styleId="PageNumber">
    <w:name w:val="page number"/>
    <w:basedOn w:val="DefaultParagraphFont"/>
    <w:rsid w:val="001D7177"/>
  </w:style>
  <w:style w:type="paragraph" w:styleId="BalloonText">
    <w:name w:val="Balloon Text"/>
    <w:basedOn w:val="Normal"/>
    <w:link w:val="BalloonTextChar"/>
    <w:rsid w:val="001D7177"/>
    <w:pPr>
      <w:bidi/>
      <w:spacing w:after="160" w:line="259" w:lineRule="auto"/>
    </w:pPr>
    <w:rPr>
      <w:rFonts w:ascii="Segoe UI" w:eastAsia="Times New Roman" w:hAnsi="Segoe UI" w:cs="Segoe UI"/>
      <w:sz w:val="18"/>
      <w:szCs w:val="18"/>
      <w:lang w:val="x-none" w:eastAsia="x-none" w:bidi="fa-IR"/>
    </w:rPr>
  </w:style>
  <w:style w:type="character" w:customStyle="1" w:styleId="BalloonTextChar">
    <w:name w:val="Balloon Text Char"/>
    <w:basedOn w:val="DefaultParagraphFont"/>
    <w:link w:val="BalloonText"/>
    <w:rsid w:val="001D7177"/>
    <w:rPr>
      <w:rFonts w:ascii="Segoe UI" w:eastAsia="Times New Roman" w:hAnsi="Segoe UI" w:cs="Segoe UI"/>
      <w:sz w:val="18"/>
      <w:szCs w:val="18"/>
      <w:lang w:val="x-none" w:eastAsia="x-none" w:bidi="fa-IR"/>
    </w:rPr>
  </w:style>
  <w:style w:type="character" w:styleId="CommentReference">
    <w:name w:val="annotation reference"/>
    <w:rsid w:val="001D7177"/>
    <w:rPr>
      <w:sz w:val="16"/>
      <w:szCs w:val="16"/>
    </w:rPr>
  </w:style>
  <w:style w:type="paragraph" w:styleId="CommentText">
    <w:name w:val="annotation text"/>
    <w:basedOn w:val="Normal"/>
    <w:link w:val="CommentTextChar"/>
    <w:rsid w:val="001D7177"/>
    <w:pPr>
      <w:bidi/>
      <w:spacing w:after="160" w:line="259" w:lineRule="auto"/>
    </w:pPr>
    <w:rPr>
      <w:rFonts w:ascii="Calibri" w:eastAsia="Times New Roman" w:hAnsi="Calibri" w:cs="Arial"/>
      <w:sz w:val="20"/>
      <w:szCs w:val="20"/>
      <w:lang w:bidi="fa-IR"/>
    </w:rPr>
  </w:style>
  <w:style w:type="character" w:customStyle="1" w:styleId="CommentTextChar">
    <w:name w:val="Comment Text Char"/>
    <w:basedOn w:val="DefaultParagraphFont"/>
    <w:link w:val="CommentText"/>
    <w:rsid w:val="001D7177"/>
    <w:rPr>
      <w:rFonts w:ascii="Calibri" w:eastAsia="Times New Roman" w:hAnsi="Calibri" w:cs="Arial"/>
      <w:sz w:val="20"/>
      <w:szCs w:val="20"/>
      <w:lang w:bidi="fa-IR"/>
    </w:rPr>
  </w:style>
  <w:style w:type="paragraph" w:styleId="CommentSubject">
    <w:name w:val="annotation subject"/>
    <w:basedOn w:val="CommentText"/>
    <w:next w:val="CommentText"/>
    <w:link w:val="CommentSubjectChar"/>
    <w:rsid w:val="001D7177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rsid w:val="001D7177"/>
    <w:rPr>
      <w:rFonts w:ascii="Calibri" w:eastAsia="Times New Roman" w:hAnsi="Calibri" w:cs="Arial"/>
      <w:b/>
      <w:bCs/>
      <w:sz w:val="20"/>
      <w:szCs w:val="20"/>
      <w:lang w:val="x-none" w:eastAsia="x-none" w:bidi="fa-IR"/>
    </w:rPr>
  </w:style>
  <w:style w:type="character" w:customStyle="1" w:styleId="hps">
    <w:name w:val="hps"/>
    <w:rsid w:val="001D7177"/>
  </w:style>
  <w:style w:type="character" w:customStyle="1" w:styleId="fontstyle01">
    <w:name w:val="fontstyle01"/>
    <w:rsid w:val="001D7177"/>
    <w:rPr>
      <w:rFonts w:ascii="TimesNewRomanPSMT" w:hAnsi="TimesNewRomanPSMT" w:cs="Times New Roman"/>
      <w:color w:val="000000"/>
      <w:sz w:val="24"/>
      <w:szCs w:val="24"/>
    </w:rPr>
  </w:style>
  <w:style w:type="character" w:customStyle="1" w:styleId="NoSpacingChar">
    <w:name w:val="No Spacing Char"/>
    <w:link w:val="NoSpacing"/>
    <w:uiPriority w:val="1"/>
    <w:rsid w:val="001D7177"/>
  </w:style>
  <w:style w:type="paragraph" w:styleId="EndnoteText">
    <w:name w:val="endnote text"/>
    <w:basedOn w:val="Normal"/>
    <w:link w:val="EndnoteTextChar"/>
    <w:rsid w:val="001D7177"/>
    <w:pPr>
      <w:bidi/>
      <w:spacing w:after="160" w:line="259" w:lineRule="auto"/>
    </w:pPr>
    <w:rPr>
      <w:rFonts w:ascii="Calibri" w:eastAsia="Times New Roman" w:hAnsi="Calibri" w:cs="Arial"/>
      <w:sz w:val="20"/>
      <w:szCs w:val="20"/>
      <w:lang w:bidi="fa-IR"/>
    </w:rPr>
  </w:style>
  <w:style w:type="character" w:customStyle="1" w:styleId="EndnoteTextChar">
    <w:name w:val="Endnote Text Char"/>
    <w:basedOn w:val="DefaultParagraphFont"/>
    <w:link w:val="EndnoteText"/>
    <w:rsid w:val="001D7177"/>
    <w:rPr>
      <w:rFonts w:ascii="Calibri" w:eastAsia="Times New Roman" w:hAnsi="Calibri" w:cs="Arial"/>
      <w:sz w:val="20"/>
      <w:szCs w:val="20"/>
      <w:lang w:bidi="fa-IR"/>
    </w:rPr>
  </w:style>
  <w:style w:type="character" w:styleId="EndnoteReference">
    <w:name w:val="endnote reference"/>
    <w:rsid w:val="001D7177"/>
    <w:rPr>
      <w:vertAlign w:val="superscript"/>
    </w:rPr>
  </w:style>
  <w:style w:type="table" w:styleId="GridTable4-Accent5">
    <w:name w:val="Grid Table 4 Accent 5"/>
    <w:basedOn w:val="TableNormal"/>
    <w:uiPriority w:val="49"/>
    <w:rsid w:val="001D7177"/>
    <w:pPr>
      <w:spacing w:after="0" w:line="240" w:lineRule="auto"/>
    </w:pPr>
    <w:rPr>
      <w:rFonts w:ascii="Calibri" w:eastAsia="Calibri" w:hAnsi="Calibri" w:cs="Arial"/>
      <w:kern w:val="2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HTMLPreformatted">
    <w:name w:val="HTML Preformatted"/>
    <w:basedOn w:val="Normal"/>
    <w:link w:val="HTMLPreformattedChar"/>
    <w:rsid w:val="001D7177"/>
    <w:pPr>
      <w:bidi/>
      <w:spacing w:after="160" w:line="259" w:lineRule="auto"/>
    </w:pPr>
    <w:rPr>
      <w:rFonts w:ascii="Courier New" w:eastAsia="Times New Roman" w:hAnsi="Courier New" w:cs="Courier New"/>
      <w:sz w:val="20"/>
      <w:szCs w:val="20"/>
      <w:lang w:bidi="fa-IR"/>
    </w:rPr>
  </w:style>
  <w:style w:type="character" w:customStyle="1" w:styleId="HTMLPreformattedChar">
    <w:name w:val="HTML Preformatted Char"/>
    <w:basedOn w:val="DefaultParagraphFont"/>
    <w:link w:val="HTMLPreformatted"/>
    <w:rsid w:val="001D7177"/>
    <w:rPr>
      <w:rFonts w:ascii="Courier New" w:eastAsia="Times New Roman" w:hAnsi="Courier New" w:cs="Courier New"/>
      <w:sz w:val="20"/>
      <w:szCs w:val="20"/>
      <w:lang w:bidi="fa-IR"/>
    </w:rPr>
  </w:style>
  <w:style w:type="paragraph" w:styleId="NormalWeb">
    <w:name w:val="Normal (Web)"/>
    <w:basedOn w:val="Normal"/>
    <w:uiPriority w:val="99"/>
    <w:unhideWhenUsed/>
    <w:rsid w:val="001D7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table" w:styleId="PlainTable1">
    <w:name w:val="Plain Table 1"/>
    <w:basedOn w:val="TableNormal"/>
    <w:uiPriority w:val="41"/>
    <w:rsid w:val="001D7177"/>
    <w:pPr>
      <w:spacing w:after="0" w:line="240" w:lineRule="auto"/>
    </w:pPr>
    <w:rPr>
      <w:rFonts w:eastAsiaTheme="minorHAnsi"/>
      <w:lang w:bidi="fa-IR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5Dark-Accent2">
    <w:name w:val="Grid Table 5 Dark Accent 2"/>
    <w:basedOn w:val="TableNormal"/>
    <w:uiPriority w:val="50"/>
    <w:rsid w:val="001D7177"/>
    <w:pPr>
      <w:spacing w:after="0" w:line="240" w:lineRule="auto"/>
    </w:pPr>
    <w:rPr>
      <w:rFonts w:eastAsiaTheme="minorHAnsi"/>
      <w:lang w:bidi="fa-I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1">
    <w:name w:val="Grid Table 5 Dark Accent 1"/>
    <w:basedOn w:val="TableNormal"/>
    <w:uiPriority w:val="50"/>
    <w:rsid w:val="001D7177"/>
    <w:pPr>
      <w:spacing w:after="0" w:line="240" w:lineRule="auto"/>
    </w:pPr>
    <w:rPr>
      <w:rFonts w:eastAsiaTheme="minorHAnsi"/>
      <w:lang w:bidi="fa-I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hwtze">
    <w:name w:val="hwtze"/>
    <w:basedOn w:val="DefaultParagraphFont"/>
    <w:rsid w:val="001D7177"/>
  </w:style>
  <w:style w:type="character" w:customStyle="1" w:styleId="rynqvb">
    <w:name w:val="rynqvb"/>
    <w:basedOn w:val="DefaultParagraphFont"/>
    <w:rsid w:val="001D7177"/>
  </w:style>
  <w:style w:type="paragraph" w:styleId="TOC1">
    <w:name w:val="toc 1"/>
    <w:basedOn w:val="Normal"/>
    <w:next w:val="Normal"/>
    <w:autoRedefine/>
    <w:uiPriority w:val="39"/>
    <w:unhideWhenUsed/>
    <w:rsid w:val="001D7177"/>
    <w:pPr>
      <w:spacing w:after="100" w:line="259" w:lineRule="auto"/>
    </w:pPr>
    <w:rPr>
      <w:rFonts w:ascii="Times New Roman" w:eastAsiaTheme="minorHAnsi" w:hAnsi="Times New Roman" w:cs="B Lotus"/>
      <w:color w:val="231F20"/>
      <w:sz w:val="24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1D7177"/>
    <w:pPr>
      <w:spacing w:after="100" w:line="259" w:lineRule="auto"/>
      <w:ind w:left="240"/>
    </w:pPr>
    <w:rPr>
      <w:rFonts w:ascii="Times New Roman" w:eastAsiaTheme="minorHAnsi" w:hAnsi="Times New Roman" w:cs="B Lotus"/>
      <w:color w:val="231F20"/>
      <w:sz w:val="24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1D7177"/>
    <w:pPr>
      <w:spacing w:after="100" w:line="259" w:lineRule="auto"/>
      <w:ind w:left="480"/>
    </w:pPr>
    <w:rPr>
      <w:rFonts w:ascii="Times New Roman" w:eastAsiaTheme="minorHAnsi" w:hAnsi="Times New Roman" w:cs="B Lotus"/>
      <w:color w:val="231F20"/>
      <w:sz w:val="24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F262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9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mohammad shaker</cp:lastModifiedBy>
  <cp:revision>8</cp:revision>
  <cp:lastPrinted>2026-08-27T12:09:00Z</cp:lastPrinted>
  <dcterms:created xsi:type="dcterms:W3CDTF">2026-06-25T18:59:00Z</dcterms:created>
  <dcterms:modified xsi:type="dcterms:W3CDTF">2026-09-22T06:14:00Z</dcterms:modified>
  <cp:category/>
</cp:coreProperties>
</file>